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648E" w14:textId="78532B78" w:rsidR="00126B52" w:rsidRPr="00EB6820" w:rsidRDefault="00AC3289">
      <w:pPr>
        <w:pStyle w:val="Ttulo"/>
        <w:spacing w:before="600"/>
      </w:pPr>
      <w:r w:rsidRPr="00EB6820">
        <w:t>GUÍA PARA LA</w:t>
      </w:r>
      <w:r w:rsidRPr="00EB6820">
        <w:br/>
        <w:t>PRESENTACIÓN</w:t>
      </w:r>
      <w:r w:rsidRPr="00EB6820">
        <w:br/>
        <w:t>DE P</w:t>
      </w:r>
      <w:r w:rsidR="003E4248" w:rsidRPr="00EB6820">
        <w:t>ROYECT</w:t>
      </w:r>
      <w:r w:rsidR="0022747A" w:rsidRPr="00EB6820">
        <w:t>OS</w:t>
      </w:r>
    </w:p>
    <w:p w14:paraId="61DE6B4F" w14:textId="77777777" w:rsidR="00126B52" w:rsidRPr="00EB6820" w:rsidRDefault="00AC3289" w:rsidP="001E7D00">
      <w:pPr>
        <w:pStyle w:val="Ttulo1"/>
      </w:pPr>
      <w:r w:rsidRPr="00EB6820">
        <w:t>De la idea a la propuesta</w:t>
      </w:r>
    </w:p>
    <w:p w14:paraId="2CC799BB" w14:textId="77777777" w:rsidR="00126B52" w:rsidRPr="00EB6820" w:rsidRDefault="00AC3289" w:rsidP="001E7D00">
      <w:pPr>
        <w:rPr>
          <w:sz w:val="22"/>
        </w:rPr>
      </w:pPr>
      <w:r w:rsidRPr="00EB6820">
        <w:t>Una herramienta para ordenar, desarrollar y presentar propuestas de capacitación, actividades y programas de formación ante la Comisión Directiva.</w:t>
      </w:r>
    </w:p>
    <w:p w14:paraId="450BF528" w14:textId="77777777" w:rsidR="00575A0C" w:rsidRPr="00EB6820" w:rsidRDefault="00AC3289" w:rsidP="001E7D00">
      <w:pPr>
        <w:rPr>
          <w:sz w:val="22"/>
        </w:rPr>
      </w:pPr>
      <w:r w:rsidRPr="00EB6820">
        <w:rPr>
          <w:color w:val="666666"/>
        </w:rPr>
        <w:t>Este documento acompaña el proceso de diseño de la propuesta y brinda un esquema orientativo para su presentación.</w:t>
      </w:r>
    </w:p>
    <w:p w14:paraId="105C88EE" w14:textId="77777777" w:rsidR="00575A0C" w:rsidRPr="00EB6820" w:rsidRDefault="00575A0C" w:rsidP="001E7D00">
      <w:pPr>
        <w:pStyle w:val="Ttulo1"/>
      </w:pPr>
      <w:r w:rsidRPr="00EB6820">
        <w:t>CÓMO USAR ESTA GUÍA</w:t>
      </w:r>
    </w:p>
    <w:p w14:paraId="7C103138" w14:textId="4E3F7B7E" w:rsidR="008E4402" w:rsidRPr="00EB6820" w:rsidRDefault="00AC3289" w:rsidP="00575A0C">
      <w:r w:rsidRPr="00EB6820">
        <w:t xml:space="preserve">A </w:t>
      </w:r>
      <w:r w:rsidR="00EB6820" w:rsidRPr="00EB6820">
        <w:t>continuación,</w:t>
      </w:r>
      <w:r w:rsidRPr="00EB6820">
        <w:t xml:space="preserve"> encontrarás una estructura orientativa que ayuda a desarrollar una propuesta. </w:t>
      </w:r>
    </w:p>
    <w:p w14:paraId="545316E3" w14:textId="67961148" w:rsidR="00126B52" w:rsidRPr="00EB6820" w:rsidRDefault="00AC3289">
      <w:pPr>
        <w:spacing w:after="160"/>
      </w:pPr>
      <w:r w:rsidRPr="00EB6820">
        <w:t>No es un formulario rígido: cada apartado sugiere aspectos a contemplar y deja espacio para desarrollarlos según la iniciativa.</w:t>
      </w:r>
      <w:r w:rsidR="00F307E9" w:rsidRPr="00EB6820">
        <w:t xml:space="preserve"> </w:t>
      </w:r>
      <w:r w:rsidR="00EB6820" w:rsidRPr="00EB6820">
        <w:t>Podes</w:t>
      </w:r>
      <w:r w:rsidRPr="00EB6820">
        <w:t xml:space="preserve"> adaptar, sumar, quitar o reorganizar la información según las características de tu programa.</w:t>
      </w:r>
    </w:p>
    <w:p w14:paraId="12A1EC31" w14:textId="6890D026" w:rsidR="00126B52" w:rsidRPr="00EB6820" w:rsidRDefault="00AC3289">
      <w:pPr>
        <w:spacing w:after="160"/>
      </w:pPr>
      <w:r w:rsidRPr="00EB6820">
        <w:t xml:space="preserve">La plantilla está pensada para completarse directamente en Word. Si </w:t>
      </w:r>
      <w:r w:rsidR="00EB6820" w:rsidRPr="00EB6820">
        <w:t>necesitas</w:t>
      </w:r>
      <w:r w:rsidRPr="00EB6820">
        <w:t xml:space="preserve"> ampliar un apartado, </w:t>
      </w:r>
      <w:r w:rsidR="00EB6820" w:rsidRPr="00EB6820">
        <w:t>podes</w:t>
      </w:r>
      <w:r w:rsidRPr="00EB6820">
        <w:t xml:space="preserve"> agregar texto, tablas o páginas sin modificar la estructura general.</w:t>
      </w:r>
    </w:p>
    <w:p w14:paraId="68EED297" w14:textId="77777777" w:rsidR="00126B52" w:rsidRPr="00EB6820" w:rsidRDefault="00AC3289" w:rsidP="001E7D00">
      <w:pPr>
        <w:pStyle w:val="Ttulo1"/>
      </w:pPr>
      <w:r w:rsidRPr="00EB6820">
        <w:t>DESARROLLO DE LA PROPUESTA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7AB19961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2D11CCF0" w14:textId="77777777" w:rsidR="00126B52" w:rsidRPr="00EB6820" w:rsidRDefault="00AC3289" w:rsidP="001E7D00">
            <w:pPr>
              <w:pStyle w:val="Ttulo3"/>
            </w:pPr>
            <w:r w:rsidRPr="00EB6820">
              <w:t>01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1EEFE41D" w14:textId="77777777" w:rsidR="00126B52" w:rsidRPr="00EB6820" w:rsidRDefault="00AC3289" w:rsidP="001E7D00">
            <w:pPr>
              <w:pStyle w:val="Ttulo3"/>
            </w:pPr>
            <w:r w:rsidRPr="00EB6820">
              <w:t>La idea y su fundamentación</w:t>
            </w:r>
            <w:r w:rsidRPr="00EB6820">
              <w:br/>
            </w:r>
            <w:r w:rsidRPr="00EB6820">
              <w:rPr>
                <w:color w:val="666666"/>
                <w:sz w:val="16"/>
              </w:rPr>
              <w:t>¿De qué se trata?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740EE69A" w14:textId="1F59B67D" w:rsidR="00126B52" w:rsidRPr="00EB6820" w:rsidRDefault="00AC3289">
            <w:r w:rsidRPr="00EB6820">
              <w:rPr>
                <w:sz w:val="16"/>
              </w:rPr>
              <w:t>Pág.</w:t>
            </w:r>
            <w:r w:rsidR="00131F12" w:rsidRPr="00EB6820">
              <w:rPr>
                <w:sz w:val="16"/>
              </w:rPr>
              <w:t xml:space="preserve"> 0</w:t>
            </w:r>
            <w:r w:rsidR="00A31696" w:rsidRPr="00EB6820">
              <w:rPr>
                <w:sz w:val="16"/>
              </w:rPr>
              <w:t>0</w:t>
            </w:r>
          </w:p>
        </w:tc>
      </w:tr>
    </w:tbl>
    <w:p w14:paraId="0A560C9C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2F46B669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222E8594" w14:textId="77777777" w:rsidR="00126B52" w:rsidRPr="00EB6820" w:rsidRDefault="00AC3289">
            <w:r w:rsidRPr="00EB6820">
              <w:rPr>
                <w:b/>
                <w:color w:val="694477"/>
              </w:rPr>
              <w:t>02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6DC74E7D" w14:textId="77777777" w:rsidR="00126B52" w:rsidRPr="00EB6820" w:rsidRDefault="00AC3289">
            <w:r w:rsidRPr="00EB6820">
              <w:rPr>
                <w:b/>
                <w:color w:val="694477"/>
              </w:rPr>
              <w:t>Objetivos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¿Qué buscamos lograr?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121AF571" w14:textId="0EEEFA4A" w:rsidR="00126B52" w:rsidRPr="00EB6820" w:rsidRDefault="00AC3289">
            <w:r w:rsidRPr="00EB6820">
              <w:rPr>
                <w:sz w:val="16"/>
              </w:rPr>
              <w:t>Pág.</w:t>
            </w:r>
            <w:r w:rsidR="00A31696" w:rsidRPr="00EB6820">
              <w:rPr>
                <w:sz w:val="16"/>
              </w:rPr>
              <w:t xml:space="preserve"> 00</w:t>
            </w:r>
          </w:p>
        </w:tc>
      </w:tr>
    </w:tbl>
    <w:p w14:paraId="46D0A320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33445969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4D0ED951" w14:textId="77777777" w:rsidR="00126B52" w:rsidRPr="00EB6820" w:rsidRDefault="00AC3289">
            <w:r w:rsidRPr="00EB6820">
              <w:rPr>
                <w:b/>
                <w:color w:val="694477"/>
              </w:rPr>
              <w:t>03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4DB3D855" w14:textId="77777777" w:rsidR="00126B52" w:rsidRPr="00EB6820" w:rsidRDefault="00AC3289">
            <w:r w:rsidRPr="00EB6820">
              <w:rPr>
                <w:b/>
                <w:color w:val="694477"/>
              </w:rPr>
              <w:t>Destinatarios</w:t>
            </w:r>
            <w:r w:rsidRPr="00EB6820">
              <w:rPr>
                <w:b/>
                <w:color w:val="694477"/>
              </w:rPr>
              <w:br/>
            </w:r>
            <w:r w:rsidRPr="00EB6820">
              <w:rPr>
                <w:color w:val="666666"/>
                <w:sz w:val="16"/>
              </w:rPr>
              <w:t>¿A quién está dirigida?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077F21E7" w14:textId="2CC4188A" w:rsidR="00126B52" w:rsidRPr="00EB6820" w:rsidRDefault="00AC3289">
            <w:r w:rsidRPr="00EB6820">
              <w:rPr>
                <w:sz w:val="16"/>
              </w:rPr>
              <w:t>Pág.</w:t>
            </w:r>
            <w:r w:rsidR="0020236C" w:rsidRPr="00EB6820">
              <w:rPr>
                <w:sz w:val="16"/>
              </w:rPr>
              <w:t xml:space="preserve"> 00</w:t>
            </w:r>
          </w:p>
        </w:tc>
      </w:tr>
    </w:tbl>
    <w:p w14:paraId="6026D75A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7D891FC0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4D20791A" w14:textId="77777777" w:rsidR="00126B52" w:rsidRPr="00EB6820" w:rsidRDefault="00AC3289">
            <w:r w:rsidRPr="00EB6820">
              <w:rPr>
                <w:b/>
                <w:color w:val="694477"/>
              </w:rPr>
              <w:t>04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71D2B960" w14:textId="77777777" w:rsidR="00126B52" w:rsidRPr="00EB6820" w:rsidRDefault="00AC3289">
            <w:r w:rsidRPr="00EB6820">
              <w:rPr>
                <w:b/>
                <w:color w:val="694477"/>
              </w:rPr>
              <w:t>Contenidos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¿Qué temas aborda?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3C1E9D66" w14:textId="0FA14B06" w:rsidR="00126B52" w:rsidRPr="00EB6820" w:rsidRDefault="00AC3289">
            <w:r w:rsidRPr="00EB6820">
              <w:rPr>
                <w:sz w:val="16"/>
              </w:rPr>
              <w:t>Pág.</w:t>
            </w:r>
            <w:r w:rsidR="0020236C" w:rsidRPr="00EB6820">
              <w:rPr>
                <w:sz w:val="16"/>
              </w:rPr>
              <w:t xml:space="preserve"> 00</w:t>
            </w:r>
          </w:p>
        </w:tc>
      </w:tr>
    </w:tbl>
    <w:p w14:paraId="109416D1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7B856D29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1C3C1264" w14:textId="77777777" w:rsidR="00126B52" w:rsidRPr="00EB6820" w:rsidRDefault="00AC3289">
            <w:r w:rsidRPr="00EB6820">
              <w:rPr>
                <w:b/>
                <w:color w:val="694477"/>
              </w:rPr>
              <w:lastRenderedPageBreak/>
              <w:t>05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479A3E39" w14:textId="77777777" w:rsidR="00126B52" w:rsidRPr="00EB6820" w:rsidRDefault="00AC3289">
            <w:r w:rsidRPr="00EB6820">
              <w:rPr>
                <w:b/>
                <w:color w:val="694477"/>
              </w:rPr>
              <w:t>Modalidad y dinámica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¿Cómo se desarrollará?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0351FDE2" w14:textId="396CF807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48B9C897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778E8603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1A511BA7" w14:textId="77777777" w:rsidR="00126B52" w:rsidRPr="00EB6820" w:rsidRDefault="00AC3289">
            <w:r w:rsidRPr="00EB6820">
              <w:rPr>
                <w:b/>
                <w:color w:val="694477"/>
              </w:rPr>
              <w:t>06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349EA47E" w14:textId="77777777" w:rsidR="00126B52" w:rsidRPr="00EB6820" w:rsidRDefault="00AC3289">
            <w:r w:rsidRPr="00EB6820">
              <w:rPr>
                <w:b/>
                <w:color w:val="694477"/>
              </w:rPr>
              <w:t>Duración y cronograma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¿Cuánto dura? ¿Cuándo?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451952E9" w14:textId="58B96EA1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31B82B55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1F69C10B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01633AAB" w14:textId="77777777" w:rsidR="00126B52" w:rsidRPr="00EB6820" w:rsidRDefault="00AC3289">
            <w:r w:rsidRPr="00EB6820">
              <w:rPr>
                <w:b/>
                <w:color w:val="694477"/>
              </w:rPr>
              <w:t>07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56CE5CFB" w14:textId="77777777" w:rsidR="00126B52" w:rsidRPr="00EB6820" w:rsidRDefault="00AC3289">
            <w:r w:rsidRPr="00EB6820">
              <w:rPr>
                <w:b/>
                <w:color w:val="694477"/>
              </w:rPr>
              <w:t>Equipo responsable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¿Quiénes participan?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45D1DF21" w14:textId="2296EDDA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371F847C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04CC087D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4F2A5972" w14:textId="77777777" w:rsidR="00126B52" w:rsidRPr="00EB6820" w:rsidRDefault="00AC3289">
            <w:r w:rsidRPr="00EB6820">
              <w:rPr>
                <w:b/>
                <w:color w:val="694477"/>
              </w:rPr>
              <w:t>08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26B6406F" w14:textId="77777777" w:rsidR="00126B52" w:rsidRPr="00EB6820" w:rsidRDefault="00AC3289">
            <w:r w:rsidRPr="00EB6820">
              <w:rPr>
                <w:b/>
                <w:color w:val="694477"/>
              </w:rPr>
              <w:t>Recursos y necesidades</w:t>
            </w:r>
            <w:r w:rsidRPr="00EB6820">
              <w:rPr>
                <w:b/>
                <w:color w:val="694477"/>
              </w:rPr>
              <w:br/>
            </w:r>
            <w:r w:rsidRPr="00EB6820">
              <w:rPr>
                <w:color w:val="666666"/>
                <w:sz w:val="16"/>
              </w:rPr>
              <w:t>¿Qué recursos se requieren?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38D2A9E2" w14:textId="57BAF0F4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226E5E88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5B574287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7F2D46F1" w14:textId="77777777" w:rsidR="00126B52" w:rsidRPr="00EB6820" w:rsidRDefault="00AC3289">
            <w:r w:rsidRPr="00EB6820">
              <w:rPr>
                <w:b/>
                <w:color w:val="694477"/>
              </w:rPr>
              <w:t>09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07078CF5" w14:textId="77777777" w:rsidR="00126B52" w:rsidRPr="00EB6820" w:rsidRDefault="00AC3289">
            <w:r w:rsidRPr="00EB6820">
              <w:rPr>
                <w:b/>
                <w:color w:val="694477"/>
              </w:rPr>
              <w:t>Comunicación y difusión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¿Cómo se dará a conocer?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47B73ACA" w14:textId="1648C38F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3DA02B81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373EC22A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44B1D45F" w14:textId="77777777" w:rsidR="00126B52" w:rsidRPr="00EB6820" w:rsidRDefault="00AC3289">
            <w:pPr>
              <w:rPr>
                <w:color w:val="694477"/>
              </w:rPr>
            </w:pPr>
            <w:r w:rsidRPr="00EB6820">
              <w:rPr>
                <w:b/>
                <w:color w:val="694477"/>
              </w:rPr>
              <w:t>10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752D188D" w14:textId="77777777" w:rsidR="00126B52" w:rsidRPr="00EB6820" w:rsidRDefault="00AC3289">
            <w:r w:rsidRPr="00EB6820">
              <w:rPr>
                <w:b/>
                <w:color w:val="694477"/>
              </w:rPr>
              <w:t>Evaluación y cierre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¿Cómo se evaluará el impacto?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5E13C378" w14:textId="31324FF6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7DAB8A7D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5D935086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38ECD752" w14:textId="77777777" w:rsidR="00126B52" w:rsidRPr="00EB6820" w:rsidRDefault="00AC3289">
            <w:r w:rsidRPr="00EB6820">
              <w:rPr>
                <w:b/>
                <w:color w:val="694477"/>
              </w:rPr>
              <w:t>11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710D2CA5" w14:textId="77777777" w:rsidR="00126B52" w:rsidRPr="00EB6820" w:rsidRDefault="00AC3289">
            <w:r w:rsidRPr="00EB6820">
              <w:rPr>
                <w:b/>
                <w:color w:val="694477"/>
              </w:rPr>
              <w:t>Presupuesto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¿Cuál es el presupuesto estimado?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21769733" w14:textId="00FFA432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77850C14" w14:textId="77777777" w:rsidR="00126B52" w:rsidRPr="00EB6820" w:rsidRDefault="00126B52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8208"/>
        <w:gridCol w:w="1440"/>
      </w:tblGrid>
      <w:tr w:rsidR="00126B52" w:rsidRPr="00EB6820" w14:paraId="5F6E4BF5" w14:textId="77777777">
        <w:trPr>
          <w:jc w:val="center"/>
        </w:trPr>
        <w:tc>
          <w:tcPr>
            <w:tcW w:w="792" w:type="dxa"/>
            <w:tcBorders>
              <w:bottom w:val="single" w:sz="5" w:space="0" w:color="D9CEF5"/>
            </w:tcBorders>
          </w:tcPr>
          <w:p w14:paraId="462D4E95" w14:textId="77777777" w:rsidR="00126B52" w:rsidRPr="00EB6820" w:rsidRDefault="00AC3289">
            <w:r w:rsidRPr="00EB6820">
              <w:rPr>
                <w:b/>
                <w:color w:val="694477"/>
              </w:rPr>
              <w:t>12</w:t>
            </w:r>
          </w:p>
        </w:tc>
        <w:tc>
          <w:tcPr>
            <w:tcW w:w="8208" w:type="dxa"/>
            <w:tcBorders>
              <w:bottom w:val="single" w:sz="5" w:space="0" w:color="D9CEF5"/>
            </w:tcBorders>
          </w:tcPr>
          <w:p w14:paraId="532C7295" w14:textId="77777777" w:rsidR="00126B52" w:rsidRPr="00EB6820" w:rsidRDefault="00AC3289">
            <w:r w:rsidRPr="00EB6820">
              <w:rPr>
                <w:b/>
                <w:color w:val="694477"/>
              </w:rPr>
              <w:t>Presentación de la propuesta</w:t>
            </w:r>
            <w:r w:rsidRPr="00EB6820">
              <w:rPr>
                <w:b/>
                <w:color w:val="4B20B5"/>
              </w:rPr>
              <w:br/>
            </w:r>
            <w:r w:rsidRPr="00EB6820">
              <w:rPr>
                <w:color w:val="666666"/>
                <w:sz w:val="16"/>
              </w:rPr>
              <w:t>Síntesis para elevar a Comisión Directiva</w:t>
            </w:r>
          </w:p>
        </w:tc>
        <w:tc>
          <w:tcPr>
            <w:tcW w:w="1440" w:type="dxa"/>
            <w:tcBorders>
              <w:bottom w:val="single" w:sz="5" w:space="0" w:color="D9CEF5"/>
            </w:tcBorders>
          </w:tcPr>
          <w:p w14:paraId="6B34B0C4" w14:textId="23A4BAA8" w:rsidR="00126B52" w:rsidRPr="00EB6820" w:rsidRDefault="00AC3289">
            <w:r w:rsidRPr="00EB6820">
              <w:rPr>
                <w:sz w:val="16"/>
              </w:rPr>
              <w:t>Pág.</w:t>
            </w:r>
            <w:r w:rsidR="000F1FEC" w:rsidRPr="00EB6820">
              <w:rPr>
                <w:sz w:val="16"/>
              </w:rPr>
              <w:t xml:space="preserve"> 00</w:t>
            </w:r>
          </w:p>
        </w:tc>
      </w:tr>
    </w:tbl>
    <w:p w14:paraId="2564E07B" w14:textId="77777777" w:rsidR="00126B52" w:rsidRPr="00EB6820" w:rsidRDefault="00126B52">
      <w:pPr>
        <w:spacing w:after="20"/>
      </w:pPr>
    </w:p>
    <w:p w14:paraId="2A04866F" w14:textId="77777777" w:rsidR="00126B52" w:rsidRPr="00EB6820" w:rsidRDefault="00AC3289" w:rsidP="001E7D00">
      <w:pPr>
        <w:pStyle w:val="Ttulo"/>
      </w:pPr>
      <w:r w:rsidRPr="00EB6820">
        <w:br w:type="page"/>
      </w:r>
    </w:p>
    <w:p w14:paraId="0AA60933" w14:textId="77777777" w:rsidR="00126B52" w:rsidRPr="00EB6820" w:rsidRDefault="00AC3289" w:rsidP="001E7D00">
      <w:pPr>
        <w:pStyle w:val="Ttulo1"/>
      </w:pPr>
      <w:r w:rsidRPr="00EB6820">
        <w:lastRenderedPageBreak/>
        <w:drawing>
          <wp:inline distT="0" distB="0" distL="0" distR="0" wp14:anchorId="72F1DD59" wp14:editId="66F940EE">
            <wp:extent cx="466436" cy="466436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18" cy="46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01.  LA IDEA Y SU FUNDAMENTACIÓN</w:t>
      </w:r>
    </w:p>
    <w:p w14:paraId="1EBB97D6" w14:textId="4882FCF3" w:rsidR="00126B52" w:rsidRPr="00EB6820" w:rsidRDefault="00EB6820" w:rsidP="000B2313">
      <w:r w:rsidRPr="00EB6820">
        <w:t>Presenta</w:t>
      </w:r>
      <w:r w:rsidR="00AC3289" w:rsidRPr="00EB6820">
        <w:t xml:space="preserve"> brevemente la actividad que se propone realizar, su temática principal, el formato general y la idea que la inspira.</w:t>
      </w:r>
    </w:p>
    <w:p w14:paraId="1DBCA9F6" w14:textId="00732EB7" w:rsidR="00126B52" w:rsidRPr="00EB6820" w:rsidRDefault="00AC3289" w:rsidP="001E7D00">
      <w:pPr>
        <w:pStyle w:val="Ttulo2"/>
      </w:pPr>
      <w:r w:rsidRPr="00EB6820">
        <w:t xml:space="preserve">PARA TENER EN CUENTA  </w:t>
      </w:r>
    </w:p>
    <w:p w14:paraId="69D10533" w14:textId="77777777" w:rsidR="00126B52" w:rsidRPr="00EB6820" w:rsidRDefault="00AC3289" w:rsidP="000B2313">
      <w:r w:rsidRPr="00EB6820">
        <w:t>• ¿Qué actividad se propone?</w:t>
      </w:r>
    </w:p>
    <w:p w14:paraId="12C176A2" w14:textId="77777777" w:rsidR="00126B52" w:rsidRPr="00EB6820" w:rsidRDefault="00AC3289" w:rsidP="000B2313">
      <w:r w:rsidRPr="00EB6820">
        <w:t>• ¿Cuál es la temática central?</w:t>
      </w:r>
    </w:p>
    <w:p w14:paraId="22F0D70E" w14:textId="77777777" w:rsidR="00126B52" w:rsidRPr="00EB6820" w:rsidRDefault="00AC3289" w:rsidP="000B2313">
      <w:r w:rsidRPr="00EB6820">
        <w:t>• ¿Qué la hace relevante o innovadora?</w:t>
      </w:r>
    </w:p>
    <w:p w14:paraId="0C770264" w14:textId="77777777" w:rsidR="00126B52" w:rsidRPr="00EB6820" w:rsidRDefault="00AC3289" w:rsidP="000B2313">
      <w:r w:rsidRPr="00EB6820">
        <w:t>• ¿Qué problema, necesidad u oportunidad aborda?</w:t>
      </w:r>
    </w:p>
    <w:p w14:paraId="4CA362AF" w14:textId="1690066F" w:rsidR="00126B52" w:rsidRPr="00EB6820" w:rsidRDefault="00126B52"/>
    <w:p w14:paraId="330DC1CB" w14:textId="77777777" w:rsidR="00126B52" w:rsidRPr="00EB6820" w:rsidRDefault="00AC3289" w:rsidP="001E7D00">
      <w:pPr>
        <w:pStyle w:val="Ttulo2"/>
      </w:pPr>
      <w:r w:rsidRPr="00EB6820">
        <w:t>DESCRIPCIÓN DE LA PROPUESTA</w:t>
      </w:r>
    </w:p>
    <w:tbl>
      <w:tblPr>
        <w:tblW w:w="10451" w:type="dxa"/>
        <w:jc w:val="center"/>
        <w:tblLook w:val="04A0" w:firstRow="1" w:lastRow="0" w:firstColumn="1" w:lastColumn="0" w:noHBand="0" w:noVBand="1"/>
      </w:tblPr>
      <w:tblGrid>
        <w:gridCol w:w="10451"/>
      </w:tblGrid>
      <w:tr w:rsidR="00126B52" w:rsidRPr="00EB6820" w14:paraId="20814214" w14:textId="77777777" w:rsidTr="000B2313">
        <w:trPr>
          <w:trHeight w:val="8390"/>
          <w:jc w:val="center"/>
        </w:trPr>
        <w:tc>
          <w:tcPr>
            <w:tcW w:w="10451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1D06A01" w14:textId="77777777" w:rsidR="00126B52" w:rsidRPr="00EB6820" w:rsidRDefault="00AC3289" w:rsidP="000B2313">
            <w:r w:rsidRPr="00EB6820">
              <w:t>Escribí aquí…</w:t>
            </w:r>
          </w:p>
          <w:p w14:paraId="237F795D" w14:textId="77777777" w:rsidR="00126B52" w:rsidRPr="00EB6820" w:rsidRDefault="00AC3289" w:rsidP="000B2313">
            <w:r w:rsidRPr="00EB6820">
              <w:t xml:space="preserve"> </w:t>
            </w:r>
          </w:p>
          <w:p w14:paraId="6C5FA5D2" w14:textId="77777777" w:rsidR="00126B52" w:rsidRPr="00EB6820" w:rsidRDefault="00AC3289" w:rsidP="000B2313">
            <w:r w:rsidRPr="00EB6820">
              <w:t xml:space="preserve"> </w:t>
            </w:r>
          </w:p>
          <w:p w14:paraId="2C695C9B" w14:textId="77777777" w:rsidR="00126B52" w:rsidRPr="00EB6820" w:rsidRDefault="00AC3289" w:rsidP="000B2313">
            <w:r w:rsidRPr="00EB6820">
              <w:t xml:space="preserve"> </w:t>
            </w:r>
          </w:p>
          <w:p w14:paraId="61126EC3" w14:textId="77777777" w:rsidR="00126B52" w:rsidRPr="00EB6820" w:rsidRDefault="00AC3289" w:rsidP="000B2313">
            <w:r w:rsidRPr="00EB6820">
              <w:t xml:space="preserve"> </w:t>
            </w:r>
          </w:p>
          <w:p w14:paraId="1B30217C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19D0BD4E" w14:textId="77777777" w:rsidR="00126B52" w:rsidRPr="00EB6820" w:rsidRDefault="00126B52">
      <w:pPr>
        <w:spacing w:after="20"/>
      </w:pPr>
    </w:p>
    <w:p w14:paraId="77FB0A1C" w14:textId="77777777" w:rsidR="00126B52" w:rsidRPr="00EB6820" w:rsidRDefault="00AC3289" w:rsidP="000B2313">
      <w:pPr>
        <w:pStyle w:val="Ttulo2"/>
      </w:pPr>
      <w:r w:rsidRPr="00EB6820">
        <w:lastRenderedPageBreak/>
        <w:t>FUNDAMENTACIÓN</w:t>
      </w:r>
    </w:p>
    <w:tbl>
      <w:tblPr>
        <w:tblW w:w="10498" w:type="dxa"/>
        <w:jc w:val="center"/>
        <w:tblLook w:val="04A0" w:firstRow="1" w:lastRow="0" w:firstColumn="1" w:lastColumn="0" w:noHBand="0" w:noVBand="1"/>
      </w:tblPr>
      <w:tblGrid>
        <w:gridCol w:w="10498"/>
      </w:tblGrid>
      <w:tr w:rsidR="00126B52" w:rsidRPr="00EB6820" w14:paraId="5E3540CF" w14:textId="77777777" w:rsidTr="008B5013">
        <w:trPr>
          <w:trHeight w:val="4741"/>
          <w:jc w:val="center"/>
        </w:trPr>
        <w:tc>
          <w:tcPr>
            <w:tcW w:w="10498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74BFDDE3" w14:textId="77777777" w:rsidR="00126B52" w:rsidRPr="00EB6820" w:rsidRDefault="00AC3289" w:rsidP="000B2313">
            <w:r w:rsidRPr="00EB6820">
              <w:t>Escribí aquí…</w:t>
            </w:r>
          </w:p>
          <w:p w14:paraId="7FB0481E" w14:textId="77777777" w:rsidR="00126B52" w:rsidRPr="00EB6820" w:rsidRDefault="00AC3289" w:rsidP="000B2313">
            <w:r w:rsidRPr="00EB6820">
              <w:t xml:space="preserve"> </w:t>
            </w:r>
          </w:p>
          <w:p w14:paraId="28CBB471" w14:textId="77777777" w:rsidR="00126B52" w:rsidRPr="00EB6820" w:rsidRDefault="00AC3289" w:rsidP="000B2313">
            <w:r w:rsidRPr="00EB6820">
              <w:t xml:space="preserve"> </w:t>
            </w:r>
          </w:p>
          <w:p w14:paraId="29D60B2C" w14:textId="77777777" w:rsidR="00126B52" w:rsidRPr="00EB6820" w:rsidRDefault="00AC3289" w:rsidP="000B2313">
            <w:r w:rsidRPr="00EB6820">
              <w:t xml:space="preserve"> </w:t>
            </w:r>
          </w:p>
          <w:p w14:paraId="137772B3" w14:textId="77777777" w:rsidR="00126B52" w:rsidRPr="00EB6820" w:rsidRDefault="00AC3289" w:rsidP="000B2313">
            <w:r w:rsidRPr="00EB6820">
              <w:t xml:space="preserve"> </w:t>
            </w:r>
          </w:p>
          <w:p w14:paraId="355D09DB" w14:textId="77777777" w:rsidR="00126B52" w:rsidRPr="00EB6820" w:rsidRDefault="00AC3289" w:rsidP="000B2313">
            <w:r w:rsidRPr="00EB6820">
              <w:t xml:space="preserve"> </w:t>
            </w:r>
          </w:p>
          <w:p w14:paraId="0AC9D8A4" w14:textId="77777777" w:rsidR="001E7D00" w:rsidRPr="00EB6820" w:rsidRDefault="001E7D00" w:rsidP="000B2313"/>
          <w:p w14:paraId="25CB659D" w14:textId="77777777" w:rsidR="001E7D00" w:rsidRPr="00EB6820" w:rsidRDefault="001E7D00" w:rsidP="000B2313"/>
          <w:p w14:paraId="0A708386" w14:textId="77777777" w:rsidR="001E7D00" w:rsidRPr="00EB6820" w:rsidRDefault="001E7D00" w:rsidP="001E7D00"/>
          <w:p w14:paraId="523DE446" w14:textId="77777777" w:rsidR="001E7D00" w:rsidRPr="00EB6820" w:rsidRDefault="001E7D00" w:rsidP="001E7D00"/>
          <w:p w14:paraId="4A5EFC9E" w14:textId="77777777" w:rsidR="001E7D00" w:rsidRPr="00EB6820" w:rsidRDefault="001E7D00" w:rsidP="001E7D00"/>
          <w:p w14:paraId="6877FD17" w14:textId="390E09A6" w:rsidR="001E7D00" w:rsidRPr="00EB6820" w:rsidRDefault="001E7D00" w:rsidP="001E7D00">
            <w:pPr>
              <w:tabs>
                <w:tab w:val="left" w:pos="9078"/>
              </w:tabs>
            </w:pPr>
            <w:r w:rsidRPr="00EB6820">
              <w:tab/>
            </w:r>
          </w:p>
        </w:tc>
      </w:tr>
    </w:tbl>
    <w:p w14:paraId="6E30E501" w14:textId="77777777" w:rsidR="00126B52" w:rsidRPr="00EB6820" w:rsidRDefault="00AC3289" w:rsidP="000B2313">
      <w:pPr>
        <w:pStyle w:val="Ttulo1"/>
      </w:pPr>
      <w:r w:rsidRPr="00EB6820">
        <w:drawing>
          <wp:inline distT="0" distB="0" distL="0" distR="0" wp14:anchorId="5E2B88E3" wp14:editId="472F55D0">
            <wp:extent cx="438912" cy="4389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02.  OBJETIVOS</w:t>
      </w:r>
    </w:p>
    <w:p w14:paraId="64CE40B6" w14:textId="77777777" w:rsidR="00126B52" w:rsidRPr="00EB6820" w:rsidRDefault="00AC3289" w:rsidP="000B2313">
      <w:r w:rsidRPr="00EB6820">
        <w:t>Definí los principales objetivos que se espera alcanzar con la actividad.</w:t>
      </w:r>
    </w:p>
    <w:p w14:paraId="57956ECA" w14:textId="58D29D5F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1AC83212" w14:textId="77777777" w:rsidR="00126B52" w:rsidRPr="00EB6820" w:rsidRDefault="00AC3289" w:rsidP="000B2313">
      <w:r w:rsidRPr="00EB6820">
        <w:t>• Objetivo general: resultado principal que se busca alcanzar.</w:t>
      </w:r>
    </w:p>
    <w:p w14:paraId="0D35AB98" w14:textId="77777777" w:rsidR="00126B52" w:rsidRPr="00EB6820" w:rsidRDefault="00AC3289" w:rsidP="000B2313">
      <w:r w:rsidRPr="00EB6820">
        <w:t>• Objetivos específicos: aprendizajes, habilidades, conocimientos o impactos esperados.</w:t>
      </w:r>
    </w:p>
    <w:p w14:paraId="4C69CBC7" w14:textId="63C9F7AA" w:rsidR="00126B52" w:rsidRPr="00EB6820" w:rsidRDefault="00AC3289" w:rsidP="000B2313">
      <w:r w:rsidRPr="00EB6820">
        <w:t xml:space="preserve">• </w:t>
      </w:r>
      <w:proofErr w:type="gramStart"/>
      <w:r w:rsidRPr="00EB6820">
        <w:t>¿Cómo sabremos que los objetivos se cumplieron</w:t>
      </w:r>
      <w:r w:rsidR="000B2313" w:rsidRPr="00EB6820">
        <w:t>.</w:t>
      </w:r>
      <w:proofErr w:type="gramEnd"/>
    </w:p>
    <w:p w14:paraId="11BB764D" w14:textId="77777777" w:rsidR="00126B52" w:rsidRPr="00EB6820" w:rsidRDefault="00AC3289" w:rsidP="000B2313">
      <w:pPr>
        <w:pStyle w:val="Ttulo2"/>
      </w:pPr>
      <w:r w:rsidRPr="00EB6820">
        <w:lastRenderedPageBreak/>
        <w:t>OBJETIVO GENERAL</w:t>
      </w:r>
    </w:p>
    <w:tbl>
      <w:tblPr>
        <w:tblW w:w="10516" w:type="dxa"/>
        <w:jc w:val="center"/>
        <w:tblLook w:val="04A0" w:firstRow="1" w:lastRow="0" w:firstColumn="1" w:lastColumn="0" w:noHBand="0" w:noVBand="1"/>
      </w:tblPr>
      <w:tblGrid>
        <w:gridCol w:w="10516"/>
      </w:tblGrid>
      <w:tr w:rsidR="00126B52" w:rsidRPr="00EB6820" w14:paraId="577F31BC" w14:textId="77777777" w:rsidTr="008C31F5">
        <w:trPr>
          <w:trHeight w:val="4291"/>
          <w:jc w:val="center"/>
        </w:trPr>
        <w:tc>
          <w:tcPr>
            <w:tcW w:w="10516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5FB615C1" w14:textId="77777777" w:rsidR="00126B52" w:rsidRPr="00EB6820" w:rsidRDefault="00AC3289" w:rsidP="000B2313">
            <w:r w:rsidRPr="00EB6820">
              <w:t>Escribí aquí…</w:t>
            </w:r>
          </w:p>
          <w:p w14:paraId="676D6647" w14:textId="77777777" w:rsidR="00126B52" w:rsidRPr="00EB6820" w:rsidRDefault="00AC3289" w:rsidP="000B2313">
            <w:r w:rsidRPr="00EB6820">
              <w:t xml:space="preserve"> </w:t>
            </w:r>
          </w:p>
          <w:p w14:paraId="6AF99179" w14:textId="77777777" w:rsidR="00126B52" w:rsidRPr="00EB6820" w:rsidRDefault="00AC3289" w:rsidP="000B2313">
            <w:r w:rsidRPr="00EB6820">
              <w:t xml:space="preserve"> </w:t>
            </w:r>
          </w:p>
          <w:p w14:paraId="034ECD71" w14:textId="77777777" w:rsidR="00126B52" w:rsidRPr="00EB6820" w:rsidRDefault="00AC3289" w:rsidP="000B2313">
            <w:r w:rsidRPr="00EB6820">
              <w:t xml:space="preserve"> </w:t>
            </w:r>
          </w:p>
          <w:p w14:paraId="012C0C8C" w14:textId="77777777" w:rsidR="00126B52" w:rsidRPr="00EB6820" w:rsidRDefault="00AC3289" w:rsidP="000B2313">
            <w:r w:rsidRPr="00EB6820">
              <w:t xml:space="preserve"> </w:t>
            </w:r>
          </w:p>
          <w:p w14:paraId="11E9F596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45A3D37E" w14:textId="77777777" w:rsidR="00126B52" w:rsidRPr="00EB6820" w:rsidRDefault="00126B52">
      <w:pPr>
        <w:spacing w:after="20"/>
      </w:pPr>
    </w:p>
    <w:p w14:paraId="38F55ECB" w14:textId="77777777" w:rsidR="00126B52" w:rsidRPr="00EB6820" w:rsidRDefault="00AC3289" w:rsidP="000B2313">
      <w:pPr>
        <w:pStyle w:val="Ttulo2"/>
      </w:pPr>
      <w:r w:rsidRPr="00EB6820">
        <w:t>OBJETIVOS ESPECÍFICOS</w:t>
      </w:r>
    </w:p>
    <w:tbl>
      <w:tblPr>
        <w:tblW w:w="10329" w:type="dxa"/>
        <w:jc w:val="center"/>
        <w:tblLook w:val="04A0" w:firstRow="1" w:lastRow="0" w:firstColumn="1" w:lastColumn="0" w:noHBand="0" w:noVBand="1"/>
      </w:tblPr>
      <w:tblGrid>
        <w:gridCol w:w="10329"/>
      </w:tblGrid>
      <w:tr w:rsidR="00126B52" w:rsidRPr="00EB6820" w14:paraId="3EE04435" w14:textId="77777777" w:rsidTr="001B18A8">
        <w:trPr>
          <w:trHeight w:val="3921"/>
          <w:jc w:val="center"/>
        </w:trPr>
        <w:tc>
          <w:tcPr>
            <w:tcW w:w="10329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842594E" w14:textId="77777777" w:rsidR="00126B52" w:rsidRPr="00EB6820" w:rsidRDefault="00AC3289">
            <w:pPr>
              <w:spacing w:after="0"/>
            </w:pPr>
            <w:r w:rsidRPr="00EB6820">
              <w:rPr>
                <w:i/>
                <w:color w:val="99939F"/>
                <w:sz w:val="18"/>
              </w:rPr>
              <w:t>Escribí aquí…</w:t>
            </w:r>
          </w:p>
          <w:p w14:paraId="6468CAB8" w14:textId="77777777" w:rsidR="00126B52" w:rsidRPr="00EB6820" w:rsidRDefault="00AC3289">
            <w:r w:rsidRPr="00EB6820">
              <w:t xml:space="preserve"> </w:t>
            </w:r>
          </w:p>
          <w:p w14:paraId="2335D654" w14:textId="77777777" w:rsidR="00126B52" w:rsidRPr="00EB6820" w:rsidRDefault="00AC3289">
            <w:r w:rsidRPr="00EB6820">
              <w:t xml:space="preserve"> </w:t>
            </w:r>
          </w:p>
          <w:p w14:paraId="636C140E" w14:textId="77777777" w:rsidR="00126B52" w:rsidRPr="00EB6820" w:rsidRDefault="00AC3289">
            <w:r w:rsidRPr="00EB6820">
              <w:t xml:space="preserve"> </w:t>
            </w:r>
          </w:p>
          <w:p w14:paraId="444A3820" w14:textId="77777777" w:rsidR="00126B52" w:rsidRPr="00EB6820" w:rsidRDefault="00AC3289">
            <w:r w:rsidRPr="00EB6820">
              <w:t xml:space="preserve"> </w:t>
            </w:r>
          </w:p>
          <w:p w14:paraId="6E57F1B3" w14:textId="77777777" w:rsidR="00126B52" w:rsidRPr="00EB6820" w:rsidRDefault="00AC3289">
            <w:r w:rsidRPr="00EB6820">
              <w:t xml:space="preserve"> </w:t>
            </w:r>
          </w:p>
        </w:tc>
      </w:tr>
    </w:tbl>
    <w:p w14:paraId="3CA5798C" w14:textId="77777777" w:rsidR="00126B52" w:rsidRPr="00EB6820" w:rsidRDefault="00126B52">
      <w:pPr>
        <w:spacing w:after="20"/>
      </w:pPr>
    </w:p>
    <w:p w14:paraId="3334D6F6" w14:textId="77777777" w:rsidR="00126B52" w:rsidRPr="00EB6820" w:rsidRDefault="00AC3289">
      <w:r w:rsidRPr="00EB6820">
        <w:br w:type="page"/>
      </w:r>
    </w:p>
    <w:p w14:paraId="0D2772D0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6E056518" wp14:editId="60043BC2">
            <wp:extent cx="438912" cy="4389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03.  DESTINATARIOS</w:t>
      </w:r>
    </w:p>
    <w:p w14:paraId="3D6C4811" w14:textId="711E6CA7" w:rsidR="00126B52" w:rsidRPr="00EB6820" w:rsidRDefault="00EB6820" w:rsidP="000B2313">
      <w:r w:rsidRPr="00EB6820">
        <w:t>Precisa</w:t>
      </w:r>
      <w:r w:rsidR="00AC3289" w:rsidRPr="00EB6820">
        <w:t xml:space="preserve"> a quién está dirigida la propuesta y, si corresponde, qué requisitos o conocimientos previos se requieren.</w:t>
      </w:r>
    </w:p>
    <w:p w14:paraId="7E1577FC" w14:textId="3C8674C1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18A8E726" w14:textId="77777777" w:rsidR="00126B52" w:rsidRPr="00EB6820" w:rsidRDefault="00AC3289" w:rsidP="000B2313">
      <w:r w:rsidRPr="00EB6820">
        <w:t>• ¿A quién está dirigida?</w:t>
      </w:r>
    </w:p>
    <w:p w14:paraId="22B86629" w14:textId="77777777" w:rsidR="00126B52" w:rsidRPr="00EB6820" w:rsidRDefault="00AC3289" w:rsidP="000B2313">
      <w:r w:rsidRPr="00EB6820">
        <w:t>• ¿Qué perfil tienen los participantes?</w:t>
      </w:r>
    </w:p>
    <w:p w14:paraId="17340611" w14:textId="77777777" w:rsidR="00126B52" w:rsidRPr="00EB6820" w:rsidRDefault="00AC3289" w:rsidP="000B2313">
      <w:r w:rsidRPr="00EB6820">
        <w:t>• ¿Hay requisitos, cupos o conocimientos previos?</w:t>
      </w:r>
    </w:p>
    <w:p w14:paraId="41D9857B" w14:textId="77777777" w:rsidR="00126B52" w:rsidRPr="00EB6820" w:rsidRDefault="00AC3289" w:rsidP="000B2313">
      <w:r w:rsidRPr="00EB6820">
        <w:t>• ¿La actividad contempla distintos perfiles?</w:t>
      </w:r>
    </w:p>
    <w:p w14:paraId="50E28837" w14:textId="6F3B6756" w:rsidR="00126B52" w:rsidRPr="00EB6820" w:rsidRDefault="00126B52"/>
    <w:p w14:paraId="1D90793A" w14:textId="77777777" w:rsidR="00126B52" w:rsidRPr="00EB6820" w:rsidRDefault="00AC3289" w:rsidP="000B2313">
      <w:pPr>
        <w:pStyle w:val="Ttulo2"/>
      </w:pPr>
      <w:r w:rsidRPr="00EB6820">
        <w:t>DESTINATARIOS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BD90667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A877857" w14:textId="77777777" w:rsidR="00126B52" w:rsidRPr="00EB6820" w:rsidRDefault="00AC3289" w:rsidP="000B2313">
            <w:r w:rsidRPr="00EB6820">
              <w:t>Escribí aquí…</w:t>
            </w:r>
          </w:p>
          <w:p w14:paraId="4A208C61" w14:textId="77777777" w:rsidR="00126B52" w:rsidRPr="00EB6820" w:rsidRDefault="00AC3289" w:rsidP="000B2313">
            <w:r w:rsidRPr="00EB6820">
              <w:t xml:space="preserve"> </w:t>
            </w:r>
          </w:p>
          <w:p w14:paraId="5DB638DB" w14:textId="77777777" w:rsidR="00126B52" w:rsidRPr="00EB6820" w:rsidRDefault="00AC3289" w:rsidP="000B2313">
            <w:r w:rsidRPr="00EB6820">
              <w:t xml:space="preserve"> </w:t>
            </w:r>
          </w:p>
          <w:p w14:paraId="32B01EAC" w14:textId="77777777" w:rsidR="00126B52" w:rsidRPr="00EB6820" w:rsidRDefault="00AC3289" w:rsidP="000B2313">
            <w:r w:rsidRPr="00EB6820">
              <w:t xml:space="preserve"> </w:t>
            </w:r>
          </w:p>
          <w:p w14:paraId="299582A7" w14:textId="77777777" w:rsidR="00126B52" w:rsidRPr="00EB6820" w:rsidRDefault="00AC3289" w:rsidP="000B2313">
            <w:r w:rsidRPr="00EB6820">
              <w:t xml:space="preserve"> </w:t>
            </w:r>
          </w:p>
          <w:p w14:paraId="67C21629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6FD75948" w14:textId="77777777" w:rsidR="00126B52" w:rsidRPr="00EB6820" w:rsidRDefault="00126B52">
      <w:pPr>
        <w:spacing w:after="20"/>
      </w:pPr>
    </w:p>
    <w:p w14:paraId="33892461" w14:textId="77777777" w:rsidR="00126B52" w:rsidRPr="00EB6820" w:rsidRDefault="00AC3289" w:rsidP="000B2313">
      <w:pPr>
        <w:pStyle w:val="Ttulo2"/>
      </w:pPr>
      <w:r w:rsidRPr="00EB6820">
        <w:t>CARACTERÍSTICAS / REQUISITOS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73F765CC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2F45756E" w14:textId="77777777" w:rsidR="00126B52" w:rsidRPr="00EB6820" w:rsidRDefault="00AC3289" w:rsidP="000B2313">
            <w:r w:rsidRPr="00EB6820">
              <w:t>Escribí aquí…</w:t>
            </w:r>
          </w:p>
          <w:p w14:paraId="16B6CEC9" w14:textId="77777777" w:rsidR="00126B52" w:rsidRPr="00EB6820" w:rsidRDefault="00AC3289" w:rsidP="000B2313">
            <w:r w:rsidRPr="00EB6820">
              <w:t xml:space="preserve"> </w:t>
            </w:r>
          </w:p>
          <w:p w14:paraId="7E27B5FB" w14:textId="77777777" w:rsidR="00126B52" w:rsidRPr="00EB6820" w:rsidRDefault="00AC3289" w:rsidP="000B2313">
            <w:r w:rsidRPr="00EB6820">
              <w:t xml:space="preserve"> </w:t>
            </w:r>
          </w:p>
          <w:p w14:paraId="547D4A87" w14:textId="77777777" w:rsidR="00126B52" w:rsidRPr="00EB6820" w:rsidRDefault="00AC3289" w:rsidP="000B2313">
            <w:r w:rsidRPr="00EB6820">
              <w:t xml:space="preserve"> </w:t>
            </w:r>
          </w:p>
          <w:p w14:paraId="65A10FE8" w14:textId="77777777" w:rsidR="00126B52" w:rsidRPr="00EB6820" w:rsidRDefault="00AC3289" w:rsidP="000B2313">
            <w:r w:rsidRPr="00EB6820">
              <w:t xml:space="preserve"> </w:t>
            </w:r>
          </w:p>
          <w:p w14:paraId="6EEC2293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750941CF" w14:textId="77777777" w:rsidR="00126B52" w:rsidRPr="00EB6820" w:rsidRDefault="00126B52">
      <w:pPr>
        <w:spacing w:after="20"/>
      </w:pPr>
    </w:p>
    <w:p w14:paraId="7F2EA864" w14:textId="77777777" w:rsidR="00126B52" w:rsidRPr="00EB6820" w:rsidRDefault="00AC3289">
      <w:r w:rsidRPr="00EB6820">
        <w:br w:type="page"/>
      </w:r>
    </w:p>
    <w:p w14:paraId="3BFF10D2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1E2FD6E4" wp14:editId="2C539BA2">
            <wp:extent cx="438912" cy="43891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04.  CONTENIDOS</w:t>
      </w:r>
    </w:p>
    <w:p w14:paraId="433511F2" w14:textId="3688AE30" w:rsidR="00126B52" w:rsidRPr="00EB6820" w:rsidRDefault="00EB6820" w:rsidP="000B2313">
      <w:r w:rsidRPr="00EB6820">
        <w:t>Enumera</w:t>
      </w:r>
      <w:r w:rsidR="00AC3289" w:rsidRPr="00EB6820">
        <w:t xml:space="preserve"> y </w:t>
      </w:r>
      <w:r w:rsidRPr="00EB6820">
        <w:t>organiza</w:t>
      </w:r>
      <w:r w:rsidR="00AC3289" w:rsidRPr="00EB6820">
        <w:t xml:space="preserve"> los contenidos que se abordarán. </w:t>
      </w:r>
      <w:r w:rsidRPr="00EB6820">
        <w:t>Podes</w:t>
      </w:r>
      <w:r w:rsidR="00AC3289" w:rsidRPr="00EB6820">
        <w:t xml:space="preserve"> agruparlos por módulos, encuentros o ejes.</w:t>
      </w:r>
    </w:p>
    <w:p w14:paraId="65FE3998" w14:textId="064D83DE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64F45D66" w14:textId="77777777" w:rsidR="00126B52" w:rsidRPr="00EB6820" w:rsidRDefault="00AC3289" w:rsidP="000B2313">
      <w:r w:rsidRPr="00EB6820">
        <w:t>• ¿Qué temas se abordarán?</w:t>
      </w:r>
    </w:p>
    <w:p w14:paraId="0DB00273" w14:textId="77777777" w:rsidR="00126B52" w:rsidRPr="00EB6820" w:rsidRDefault="00AC3289" w:rsidP="000B2313">
      <w:r w:rsidRPr="00EB6820">
        <w:t>• ¿Cómo se ordenan los contenidos?</w:t>
      </w:r>
    </w:p>
    <w:p w14:paraId="345ABAF0" w14:textId="77777777" w:rsidR="00126B52" w:rsidRPr="00EB6820" w:rsidRDefault="00AC3289" w:rsidP="000B2313">
      <w:r w:rsidRPr="00EB6820">
        <w:t>• ¿Qué profundidad tendrá cada eje?</w:t>
      </w:r>
    </w:p>
    <w:p w14:paraId="17C255C4" w14:textId="77777777" w:rsidR="00126B52" w:rsidRPr="00EB6820" w:rsidRDefault="00AC3289" w:rsidP="000B2313">
      <w:r w:rsidRPr="00EB6820">
        <w:t>• ¿Hay materiales o recursos que acompañen los contenidos?</w:t>
      </w:r>
    </w:p>
    <w:p w14:paraId="15610C1C" w14:textId="10035814" w:rsidR="00126B52" w:rsidRPr="00EB6820" w:rsidRDefault="00126B52"/>
    <w:p w14:paraId="471A41B9" w14:textId="77777777" w:rsidR="00126B52" w:rsidRPr="00EB6820" w:rsidRDefault="00AC3289" w:rsidP="000B2313">
      <w:pPr>
        <w:pStyle w:val="Ttulo2"/>
      </w:pPr>
      <w:r w:rsidRPr="00EB6820">
        <w:t>CONTENIDOS / EJES TEMÁTICOS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7D6976F1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55582ED9" w14:textId="77777777" w:rsidR="00126B52" w:rsidRPr="00EB6820" w:rsidRDefault="00AC3289" w:rsidP="000B2313">
            <w:r w:rsidRPr="00EB6820">
              <w:t>Escribí aquí…</w:t>
            </w:r>
          </w:p>
          <w:p w14:paraId="330A101A" w14:textId="77777777" w:rsidR="00126B52" w:rsidRPr="00EB6820" w:rsidRDefault="00AC3289" w:rsidP="000B2313">
            <w:r w:rsidRPr="00EB6820">
              <w:t xml:space="preserve"> </w:t>
            </w:r>
          </w:p>
          <w:p w14:paraId="2418840C" w14:textId="77777777" w:rsidR="00126B52" w:rsidRPr="00EB6820" w:rsidRDefault="00AC3289" w:rsidP="000B2313">
            <w:r w:rsidRPr="00EB6820">
              <w:t xml:space="preserve"> </w:t>
            </w:r>
          </w:p>
          <w:p w14:paraId="5B8E8897" w14:textId="77777777" w:rsidR="00126B52" w:rsidRPr="00EB6820" w:rsidRDefault="00AC3289" w:rsidP="000B2313">
            <w:r w:rsidRPr="00EB6820">
              <w:t xml:space="preserve"> </w:t>
            </w:r>
          </w:p>
          <w:p w14:paraId="061AE698" w14:textId="77777777" w:rsidR="00126B52" w:rsidRPr="00EB6820" w:rsidRDefault="00AC3289" w:rsidP="000B2313">
            <w:r w:rsidRPr="00EB6820">
              <w:t xml:space="preserve"> </w:t>
            </w:r>
          </w:p>
          <w:p w14:paraId="510D119C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5205039F" w14:textId="77777777" w:rsidR="00126B52" w:rsidRPr="00EB6820" w:rsidRDefault="00126B52">
      <w:pPr>
        <w:spacing w:after="20"/>
      </w:pPr>
    </w:p>
    <w:p w14:paraId="2568BF35" w14:textId="77777777" w:rsidR="00126B52" w:rsidRPr="00EB6820" w:rsidRDefault="00AC3289" w:rsidP="000B2313">
      <w:pPr>
        <w:pStyle w:val="Ttulo2"/>
      </w:pPr>
      <w:r w:rsidRPr="00EB6820">
        <w:t>MÓDULOS O ENCUENTROS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ACB3194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E7C22EE" w14:textId="77777777" w:rsidR="00126B52" w:rsidRPr="00EB6820" w:rsidRDefault="00AC3289" w:rsidP="000B2313">
            <w:r w:rsidRPr="00EB6820">
              <w:t>Escribí aquí…</w:t>
            </w:r>
          </w:p>
          <w:p w14:paraId="3B54D3A9" w14:textId="77777777" w:rsidR="00126B52" w:rsidRPr="00EB6820" w:rsidRDefault="00AC3289" w:rsidP="000B2313">
            <w:r w:rsidRPr="00EB6820">
              <w:t xml:space="preserve"> </w:t>
            </w:r>
          </w:p>
          <w:p w14:paraId="4048D402" w14:textId="77777777" w:rsidR="00126B52" w:rsidRPr="00EB6820" w:rsidRDefault="00AC3289" w:rsidP="000B2313">
            <w:r w:rsidRPr="00EB6820">
              <w:t xml:space="preserve"> </w:t>
            </w:r>
          </w:p>
          <w:p w14:paraId="44FA33DB" w14:textId="77777777" w:rsidR="00126B52" w:rsidRPr="00EB6820" w:rsidRDefault="00AC3289" w:rsidP="000B2313">
            <w:r w:rsidRPr="00EB6820">
              <w:t xml:space="preserve"> </w:t>
            </w:r>
          </w:p>
          <w:p w14:paraId="4DA43E50" w14:textId="77777777" w:rsidR="00126B52" w:rsidRPr="00EB6820" w:rsidRDefault="00AC3289" w:rsidP="000B2313">
            <w:r w:rsidRPr="00EB6820">
              <w:t xml:space="preserve"> </w:t>
            </w:r>
          </w:p>
          <w:p w14:paraId="30F7502A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0039B7D6" w14:textId="77777777" w:rsidR="00126B52" w:rsidRPr="00EB6820" w:rsidRDefault="00126B52">
      <w:pPr>
        <w:spacing w:after="20"/>
      </w:pPr>
    </w:p>
    <w:p w14:paraId="414E41A4" w14:textId="77777777" w:rsidR="00126B52" w:rsidRPr="00EB6820" w:rsidRDefault="00AC3289">
      <w:r w:rsidRPr="00EB6820">
        <w:br w:type="page"/>
      </w:r>
    </w:p>
    <w:p w14:paraId="7239138F" w14:textId="77777777" w:rsidR="00126B52" w:rsidRPr="00EB6820" w:rsidRDefault="00AC3289">
      <w:r w:rsidRPr="00EB6820">
        <w:lastRenderedPageBreak/>
        <w:drawing>
          <wp:inline distT="0" distB="0" distL="0" distR="0" wp14:anchorId="6487674C" wp14:editId="3992BA0F">
            <wp:extent cx="438912" cy="43891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</w:t>
      </w:r>
      <w:r w:rsidRPr="00EB6820">
        <w:rPr>
          <w:rStyle w:val="Ttulo1Car"/>
        </w:rPr>
        <w:t>05.  MODALIDAD Y DINÁMICA</w:t>
      </w:r>
    </w:p>
    <w:p w14:paraId="12B03B28" w14:textId="77777777" w:rsidR="00126B52" w:rsidRPr="00EB6820" w:rsidRDefault="00AC3289" w:rsidP="000B2313">
      <w:r w:rsidRPr="00EB6820">
        <w:t>Describí cómo se desarrollará la propuesta y qué dinámica tendrá cada instancia.</w:t>
      </w:r>
    </w:p>
    <w:p w14:paraId="0DDA17B8" w14:textId="5E4F5993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02CCAB70" w14:textId="77777777" w:rsidR="00126B52" w:rsidRPr="00EB6820" w:rsidRDefault="00AC3289" w:rsidP="000B2313">
      <w:r w:rsidRPr="00EB6820">
        <w:t>• Presencial, virtual o híbrida.</w:t>
      </w:r>
    </w:p>
    <w:p w14:paraId="00D9A702" w14:textId="77777777" w:rsidR="00126B52" w:rsidRPr="00EB6820" w:rsidRDefault="00AC3289" w:rsidP="000B2313">
      <w:r w:rsidRPr="00EB6820">
        <w:t>• Exposición, taller, práctica, conversatorio, recorrido u otra modalidad.</w:t>
      </w:r>
    </w:p>
    <w:p w14:paraId="38E89780" w14:textId="77777777" w:rsidR="00126B52" w:rsidRPr="00EB6820" w:rsidRDefault="00AC3289" w:rsidP="000B2313">
      <w:r w:rsidRPr="00EB6820">
        <w:t>• Cantidad de participantes por grupo, si corresponde.</w:t>
      </w:r>
    </w:p>
    <w:p w14:paraId="4E08D492" w14:textId="77777777" w:rsidR="00126B52" w:rsidRPr="00EB6820" w:rsidRDefault="00AC3289" w:rsidP="000B2313">
      <w:r w:rsidRPr="00EB6820">
        <w:t>• Dinámica de trabajo e interacción.</w:t>
      </w:r>
    </w:p>
    <w:p w14:paraId="43CFD249" w14:textId="6AAC6E1B" w:rsidR="00126B52" w:rsidRPr="00EB6820" w:rsidRDefault="00126B52"/>
    <w:p w14:paraId="16C30DEB" w14:textId="77777777" w:rsidR="00126B52" w:rsidRPr="00EB6820" w:rsidRDefault="00AC3289" w:rsidP="000B2313">
      <w:pPr>
        <w:pStyle w:val="Ttulo2"/>
      </w:pPr>
      <w:r w:rsidRPr="00EB6820">
        <w:t>MODALIDAD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DF52591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53F9AA37" w14:textId="77777777" w:rsidR="00126B52" w:rsidRPr="00EB6820" w:rsidRDefault="00AC3289" w:rsidP="000B2313">
            <w:r w:rsidRPr="00EB6820">
              <w:t>Escribí aquí…</w:t>
            </w:r>
          </w:p>
          <w:p w14:paraId="2C03E283" w14:textId="77777777" w:rsidR="00126B52" w:rsidRPr="00EB6820" w:rsidRDefault="00AC3289" w:rsidP="000B2313">
            <w:r w:rsidRPr="00EB6820">
              <w:t xml:space="preserve"> </w:t>
            </w:r>
          </w:p>
          <w:p w14:paraId="2C158FF6" w14:textId="77777777" w:rsidR="00126B52" w:rsidRPr="00EB6820" w:rsidRDefault="00AC3289" w:rsidP="000B2313">
            <w:r w:rsidRPr="00EB6820">
              <w:t xml:space="preserve"> </w:t>
            </w:r>
          </w:p>
          <w:p w14:paraId="52409813" w14:textId="77777777" w:rsidR="00126B52" w:rsidRPr="00EB6820" w:rsidRDefault="00AC3289" w:rsidP="000B2313">
            <w:r w:rsidRPr="00EB6820">
              <w:t xml:space="preserve"> </w:t>
            </w:r>
          </w:p>
          <w:p w14:paraId="1316E43A" w14:textId="77777777" w:rsidR="00126B52" w:rsidRPr="00EB6820" w:rsidRDefault="00AC3289" w:rsidP="000B2313">
            <w:r w:rsidRPr="00EB6820">
              <w:t xml:space="preserve"> </w:t>
            </w:r>
          </w:p>
          <w:p w14:paraId="703E37F2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60AEFFAB" w14:textId="77777777" w:rsidR="00126B52" w:rsidRPr="00EB6820" w:rsidRDefault="00126B52">
      <w:pPr>
        <w:spacing w:after="20"/>
      </w:pPr>
    </w:p>
    <w:p w14:paraId="349334B7" w14:textId="77777777" w:rsidR="00126B52" w:rsidRPr="00EB6820" w:rsidRDefault="00AC3289" w:rsidP="000B2313">
      <w:pPr>
        <w:pStyle w:val="Ttulo2"/>
      </w:pPr>
      <w:r w:rsidRPr="00EB6820">
        <w:t>DINÁMICA DE DESARROLLO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635A9835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0E5A120C" w14:textId="77777777" w:rsidR="00126B52" w:rsidRPr="00EB6820" w:rsidRDefault="00AC3289" w:rsidP="000B2313">
            <w:r w:rsidRPr="00EB6820">
              <w:t>Escribí aquí…</w:t>
            </w:r>
          </w:p>
          <w:p w14:paraId="3073075D" w14:textId="77777777" w:rsidR="00126B52" w:rsidRPr="00EB6820" w:rsidRDefault="00AC3289" w:rsidP="000B2313">
            <w:r w:rsidRPr="00EB6820">
              <w:t xml:space="preserve"> </w:t>
            </w:r>
          </w:p>
          <w:p w14:paraId="47EE4CAE" w14:textId="77777777" w:rsidR="00126B52" w:rsidRPr="00EB6820" w:rsidRDefault="00AC3289" w:rsidP="000B2313">
            <w:r w:rsidRPr="00EB6820">
              <w:t xml:space="preserve"> </w:t>
            </w:r>
          </w:p>
          <w:p w14:paraId="1C009D82" w14:textId="77777777" w:rsidR="00126B52" w:rsidRPr="00EB6820" w:rsidRDefault="00AC3289" w:rsidP="000B2313">
            <w:r w:rsidRPr="00EB6820">
              <w:t xml:space="preserve"> </w:t>
            </w:r>
          </w:p>
          <w:p w14:paraId="5EA74616" w14:textId="77777777" w:rsidR="00126B52" w:rsidRPr="00EB6820" w:rsidRDefault="00AC3289" w:rsidP="000B2313">
            <w:r w:rsidRPr="00EB6820">
              <w:t xml:space="preserve"> </w:t>
            </w:r>
          </w:p>
          <w:p w14:paraId="5238AD3B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258E190D" w14:textId="77777777" w:rsidR="00126B52" w:rsidRPr="00EB6820" w:rsidRDefault="00126B52">
      <w:pPr>
        <w:spacing w:after="20"/>
      </w:pPr>
    </w:p>
    <w:p w14:paraId="5763BB7F" w14:textId="77777777" w:rsidR="00126B52" w:rsidRPr="00EB6820" w:rsidRDefault="00AC3289">
      <w:r w:rsidRPr="00EB6820">
        <w:br w:type="page"/>
      </w:r>
    </w:p>
    <w:p w14:paraId="281CE4AF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4B7AFD7F" wp14:editId="485BCD60">
            <wp:extent cx="438912" cy="4389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06.  DURACIÓN Y CRONOGRAMA</w:t>
      </w:r>
    </w:p>
    <w:p w14:paraId="777DD67A" w14:textId="77777777" w:rsidR="00126B52" w:rsidRPr="00EB6820" w:rsidRDefault="00AC3289" w:rsidP="000B2313">
      <w:r w:rsidRPr="00EB6820">
        <w:t>Definí la duración total y el cronograma tentativo de la actividad.</w:t>
      </w:r>
    </w:p>
    <w:p w14:paraId="3199FC69" w14:textId="7DD9B6D9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7B7505CF" w14:textId="77777777" w:rsidR="00126B52" w:rsidRPr="00EB6820" w:rsidRDefault="00AC3289" w:rsidP="000B2313">
      <w:r w:rsidRPr="00EB6820">
        <w:t>• Cantidad de encuentros o etapas.</w:t>
      </w:r>
    </w:p>
    <w:p w14:paraId="536CC2D8" w14:textId="77777777" w:rsidR="00126B52" w:rsidRPr="00EB6820" w:rsidRDefault="00AC3289" w:rsidP="000B2313">
      <w:r w:rsidRPr="00EB6820">
        <w:t>• Duración de cada instancia.</w:t>
      </w:r>
    </w:p>
    <w:p w14:paraId="0E7BC0D9" w14:textId="77777777" w:rsidR="00126B52" w:rsidRPr="00EB6820" w:rsidRDefault="00AC3289" w:rsidP="000B2313">
      <w:r w:rsidRPr="00EB6820">
        <w:t>• Fechas tentativas.</w:t>
      </w:r>
    </w:p>
    <w:p w14:paraId="3CA1F948" w14:textId="77777777" w:rsidR="00126B52" w:rsidRPr="00EB6820" w:rsidRDefault="00AC3289" w:rsidP="000B2313">
      <w:r w:rsidRPr="00EB6820">
        <w:t>• Horarios.</w:t>
      </w:r>
    </w:p>
    <w:p w14:paraId="2CE51EB1" w14:textId="77777777" w:rsidR="00126B52" w:rsidRPr="00EB6820" w:rsidRDefault="00AC3289" w:rsidP="000B2313">
      <w:r w:rsidRPr="00EB6820">
        <w:t>• Hitos o momentos relevantes.</w:t>
      </w:r>
    </w:p>
    <w:p w14:paraId="6CD7367A" w14:textId="47A4C638" w:rsidR="00126B52" w:rsidRPr="00EB6820" w:rsidRDefault="00126B52"/>
    <w:p w14:paraId="1751DFC8" w14:textId="77777777" w:rsidR="00126B52" w:rsidRPr="00EB6820" w:rsidRDefault="00AC3289" w:rsidP="000B2313">
      <w:pPr>
        <w:pStyle w:val="Ttulo2"/>
      </w:pPr>
      <w:r w:rsidRPr="00EB6820">
        <w:t>DURACIÓN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DA9B5AD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B02C011" w14:textId="77777777" w:rsidR="00126B52" w:rsidRPr="00EB6820" w:rsidRDefault="00AC3289" w:rsidP="000B2313">
            <w:r w:rsidRPr="00EB6820">
              <w:t>Escribí aquí…</w:t>
            </w:r>
          </w:p>
          <w:p w14:paraId="738F1FCB" w14:textId="77777777" w:rsidR="00126B52" w:rsidRPr="00EB6820" w:rsidRDefault="00AC3289" w:rsidP="000B2313">
            <w:r w:rsidRPr="00EB6820">
              <w:t xml:space="preserve"> </w:t>
            </w:r>
          </w:p>
          <w:p w14:paraId="54C3A3DC" w14:textId="77777777" w:rsidR="00126B52" w:rsidRPr="00EB6820" w:rsidRDefault="00AC3289" w:rsidP="000B2313">
            <w:r w:rsidRPr="00EB6820">
              <w:t xml:space="preserve"> </w:t>
            </w:r>
          </w:p>
          <w:p w14:paraId="70720529" w14:textId="77777777" w:rsidR="00126B52" w:rsidRPr="00EB6820" w:rsidRDefault="00AC3289" w:rsidP="000B2313">
            <w:r w:rsidRPr="00EB6820">
              <w:t xml:space="preserve"> </w:t>
            </w:r>
          </w:p>
          <w:p w14:paraId="613CF8B8" w14:textId="77777777" w:rsidR="00126B52" w:rsidRPr="00EB6820" w:rsidRDefault="00AC3289" w:rsidP="000B2313">
            <w:r w:rsidRPr="00EB6820">
              <w:t xml:space="preserve"> </w:t>
            </w:r>
          </w:p>
          <w:p w14:paraId="7B1E8A39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52AB892F" w14:textId="77777777" w:rsidR="00126B52" w:rsidRPr="00EB6820" w:rsidRDefault="00126B52">
      <w:pPr>
        <w:spacing w:after="20"/>
      </w:pPr>
    </w:p>
    <w:p w14:paraId="19BABA07" w14:textId="77777777" w:rsidR="00126B52" w:rsidRPr="00EB6820" w:rsidRDefault="00AC3289" w:rsidP="000B2313">
      <w:pPr>
        <w:pStyle w:val="Ttulo2"/>
      </w:pPr>
      <w:r w:rsidRPr="00EB6820">
        <w:t>CRONOGRAMA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09DC6E05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2B7F4BE0" w14:textId="77777777" w:rsidR="00126B52" w:rsidRPr="00EB6820" w:rsidRDefault="00AC3289" w:rsidP="000B2313">
            <w:r w:rsidRPr="00EB6820">
              <w:t>Escribí aquí…</w:t>
            </w:r>
          </w:p>
          <w:p w14:paraId="4D8EA618" w14:textId="77777777" w:rsidR="00126B52" w:rsidRPr="00EB6820" w:rsidRDefault="00AC3289" w:rsidP="000B2313">
            <w:r w:rsidRPr="00EB6820">
              <w:t xml:space="preserve"> </w:t>
            </w:r>
          </w:p>
          <w:p w14:paraId="7486B8C3" w14:textId="77777777" w:rsidR="00126B52" w:rsidRPr="00EB6820" w:rsidRDefault="00AC3289" w:rsidP="000B2313">
            <w:r w:rsidRPr="00EB6820">
              <w:t xml:space="preserve"> </w:t>
            </w:r>
          </w:p>
          <w:p w14:paraId="6F6B0D12" w14:textId="77777777" w:rsidR="00126B52" w:rsidRPr="00EB6820" w:rsidRDefault="00AC3289" w:rsidP="000B2313">
            <w:r w:rsidRPr="00EB6820">
              <w:t xml:space="preserve"> </w:t>
            </w:r>
          </w:p>
          <w:p w14:paraId="78E14B85" w14:textId="77777777" w:rsidR="00126B52" w:rsidRPr="00EB6820" w:rsidRDefault="00AC3289" w:rsidP="000B2313">
            <w:r w:rsidRPr="00EB6820">
              <w:t xml:space="preserve"> </w:t>
            </w:r>
          </w:p>
          <w:p w14:paraId="761B2161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687558F5" w14:textId="77777777" w:rsidR="00126B52" w:rsidRPr="00EB6820" w:rsidRDefault="00126B52">
      <w:pPr>
        <w:spacing w:after="20"/>
      </w:pPr>
    </w:p>
    <w:p w14:paraId="78E2901C" w14:textId="77777777" w:rsidR="00126B52" w:rsidRPr="00EB6820" w:rsidRDefault="00AC3289">
      <w:r w:rsidRPr="00EB6820">
        <w:br w:type="page"/>
      </w:r>
    </w:p>
    <w:p w14:paraId="26BF6B99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642388F8" wp14:editId="424A869C">
            <wp:extent cx="438912" cy="4389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07.  EQUIPO RESPONSABLE</w:t>
      </w:r>
    </w:p>
    <w:p w14:paraId="188F95F1" w14:textId="77E1C5CA" w:rsidR="00126B52" w:rsidRPr="00EB6820" w:rsidRDefault="00EB6820" w:rsidP="000B2313">
      <w:r w:rsidRPr="00EB6820">
        <w:t>Identifica</w:t>
      </w:r>
      <w:r w:rsidR="00AC3289" w:rsidRPr="00EB6820">
        <w:t xml:space="preserve"> las personas, áreas o instituciones que participarán de la organización y/o dictado.</w:t>
      </w:r>
    </w:p>
    <w:p w14:paraId="5777EB5B" w14:textId="17553913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2E8CF3BA" w14:textId="77777777" w:rsidR="00126B52" w:rsidRPr="00EB6820" w:rsidRDefault="00AC3289" w:rsidP="000B2313">
      <w:r w:rsidRPr="00EB6820">
        <w:t>• Responsable/s de la propuesta.</w:t>
      </w:r>
    </w:p>
    <w:p w14:paraId="706EEF19" w14:textId="77777777" w:rsidR="00126B52" w:rsidRPr="00EB6820" w:rsidRDefault="00AC3289" w:rsidP="000B2313">
      <w:r w:rsidRPr="00EB6820">
        <w:t>• Disertantes o coordinadores.</w:t>
      </w:r>
    </w:p>
    <w:p w14:paraId="6AD78BB0" w14:textId="7C8B11BB" w:rsidR="00126B52" w:rsidRPr="00EB6820" w:rsidRDefault="00AC3289" w:rsidP="000B2313">
      <w:r w:rsidRPr="00EB6820">
        <w:t>• áreas involucradas.</w:t>
      </w:r>
    </w:p>
    <w:p w14:paraId="6A16D7A5" w14:textId="77777777" w:rsidR="00126B52" w:rsidRPr="00EB6820" w:rsidRDefault="00AC3289" w:rsidP="000B2313">
      <w:r w:rsidRPr="00EB6820">
        <w:t>• Instituciones, profesionales o colaboradores externos.</w:t>
      </w:r>
    </w:p>
    <w:p w14:paraId="095BC6C3" w14:textId="0BAB32C8" w:rsidR="00126B52" w:rsidRPr="00EB6820" w:rsidRDefault="00126B52"/>
    <w:p w14:paraId="20E4D6F2" w14:textId="77777777" w:rsidR="00126B52" w:rsidRPr="00EB6820" w:rsidRDefault="00AC3289" w:rsidP="000B2313">
      <w:pPr>
        <w:pStyle w:val="Ttulo2"/>
      </w:pPr>
      <w:r w:rsidRPr="00EB6820">
        <w:t>EQUIPO RESPONSABLE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BD68F62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0616CCEC" w14:textId="77777777" w:rsidR="00126B52" w:rsidRPr="00EB6820" w:rsidRDefault="00AC3289" w:rsidP="000B2313">
            <w:r w:rsidRPr="00EB6820">
              <w:t>Escribí aquí…</w:t>
            </w:r>
          </w:p>
          <w:p w14:paraId="33C02665" w14:textId="77777777" w:rsidR="00126B52" w:rsidRPr="00EB6820" w:rsidRDefault="00AC3289" w:rsidP="000B2313">
            <w:r w:rsidRPr="00EB6820">
              <w:t xml:space="preserve"> </w:t>
            </w:r>
          </w:p>
          <w:p w14:paraId="6D8DAE0E" w14:textId="77777777" w:rsidR="00126B52" w:rsidRPr="00EB6820" w:rsidRDefault="00AC3289" w:rsidP="000B2313">
            <w:r w:rsidRPr="00EB6820">
              <w:t xml:space="preserve"> </w:t>
            </w:r>
          </w:p>
          <w:p w14:paraId="6F5B4638" w14:textId="77777777" w:rsidR="00126B52" w:rsidRPr="00EB6820" w:rsidRDefault="00AC3289" w:rsidP="000B2313">
            <w:r w:rsidRPr="00EB6820">
              <w:t xml:space="preserve"> </w:t>
            </w:r>
          </w:p>
          <w:p w14:paraId="1BA1CB35" w14:textId="77777777" w:rsidR="00126B52" w:rsidRPr="00EB6820" w:rsidRDefault="00AC3289" w:rsidP="000B2313">
            <w:r w:rsidRPr="00EB6820">
              <w:t xml:space="preserve"> </w:t>
            </w:r>
          </w:p>
          <w:p w14:paraId="28FD6348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11476E5B" w14:textId="77777777" w:rsidR="00126B52" w:rsidRPr="00EB6820" w:rsidRDefault="00126B52">
      <w:pPr>
        <w:spacing w:after="20"/>
      </w:pPr>
    </w:p>
    <w:p w14:paraId="7C616508" w14:textId="77777777" w:rsidR="00126B52" w:rsidRPr="00EB6820" w:rsidRDefault="00AC3289" w:rsidP="000B2313">
      <w:pPr>
        <w:pStyle w:val="Ttulo2"/>
      </w:pPr>
      <w:r w:rsidRPr="00EB6820">
        <w:t>ROLES Y PARTICIPACIÓN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61BC4A4B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F6DEB27" w14:textId="77777777" w:rsidR="00126B52" w:rsidRPr="00EB6820" w:rsidRDefault="00AC3289" w:rsidP="000B2313">
            <w:r w:rsidRPr="00EB6820">
              <w:t>Escribí aquí…</w:t>
            </w:r>
          </w:p>
          <w:p w14:paraId="76E30BC2" w14:textId="77777777" w:rsidR="00126B52" w:rsidRPr="00EB6820" w:rsidRDefault="00AC3289" w:rsidP="000B2313">
            <w:r w:rsidRPr="00EB6820">
              <w:t xml:space="preserve"> </w:t>
            </w:r>
          </w:p>
          <w:p w14:paraId="7F471473" w14:textId="77777777" w:rsidR="00126B52" w:rsidRPr="00EB6820" w:rsidRDefault="00AC3289" w:rsidP="000B2313">
            <w:r w:rsidRPr="00EB6820">
              <w:t xml:space="preserve"> </w:t>
            </w:r>
          </w:p>
          <w:p w14:paraId="64E86D19" w14:textId="77777777" w:rsidR="00126B52" w:rsidRPr="00EB6820" w:rsidRDefault="00AC3289" w:rsidP="000B2313">
            <w:r w:rsidRPr="00EB6820">
              <w:t xml:space="preserve"> </w:t>
            </w:r>
          </w:p>
          <w:p w14:paraId="43AE3285" w14:textId="77777777" w:rsidR="00126B52" w:rsidRPr="00EB6820" w:rsidRDefault="00AC3289" w:rsidP="000B2313">
            <w:r w:rsidRPr="00EB6820">
              <w:t xml:space="preserve"> </w:t>
            </w:r>
          </w:p>
          <w:p w14:paraId="0CD4FB60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0F7B16D6" w14:textId="77777777" w:rsidR="00126B52" w:rsidRPr="00EB6820" w:rsidRDefault="00126B52">
      <w:pPr>
        <w:spacing w:after="20"/>
      </w:pPr>
    </w:p>
    <w:p w14:paraId="0027BF53" w14:textId="77777777" w:rsidR="00126B52" w:rsidRPr="00EB6820" w:rsidRDefault="00AC3289">
      <w:r w:rsidRPr="00EB6820">
        <w:br w:type="page"/>
      </w:r>
    </w:p>
    <w:p w14:paraId="0FE393BE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06109775" wp14:editId="458F152E">
            <wp:extent cx="438912" cy="43891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08.  RECURSOS Y NECESIDADES</w:t>
      </w:r>
    </w:p>
    <w:p w14:paraId="28A7A988" w14:textId="2CB4ADEF" w:rsidR="00126B52" w:rsidRPr="00EB6820" w:rsidRDefault="00EB6820" w:rsidP="000B2313">
      <w:r w:rsidRPr="00EB6820">
        <w:t>Detalle</w:t>
      </w:r>
      <w:r w:rsidR="00AC3289" w:rsidRPr="00EB6820">
        <w:t xml:space="preserve"> los recursos necesarios para llevar adelante la propuesta.</w:t>
      </w:r>
    </w:p>
    <w:p w14:paraId="431F8F85" w14:textId="41C7E50B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2CD1A773" w14:textId="77777777" w:rsidR="00126B52" w:rsidRPr="00EB6820" w:rsidRDefault="00AC3289" w:rsidP="000B2313">
      <w:r w:rsidRPr="00EB6820">
        <w:t>• Espacio físico o plataforma.</w:t>
      </w:r>
    </w:p>
    <w:p w14:paraId="0211C138" w14:textId="77777777" w:rsidR="00126B52" w:rsidRPr="00EB6820" w:rsidRDefault="00AC3289" w:rsidP="000B2313">
      <w:r w:rsidRPr="00EB6820">
        <w:t>• Equipamiento técnico.</w:t>
      </w:r>
    </w:p>
    <w:p w14:paraId="7E2E3E08" w14:textId="77777777" w:rsidR="00126B52" w:rsidRPr="00EB6820" w:rsidRDefault="00AC3289" w:rsidP="000B2313">
      <w:r w:rsidRPr="00EB6820">
        <w:t>• Materiales.</w:t>
      </w:r>
    </w:p>
    <w:p w14:paraId="4F0EBE0E" w14:textId="77777777" w:rsidR="00126B52" w:rsidRPr="00EB6820" w:rsidRDefault="00AC3289" w:rsidP="000B2313">
      <w:r w:rsidRPr="00EB6820">
        <w:t>• Recursos humanos.</w:t>
      </w:r>
    </w:p>
    <w:p w14:paraId="039E0751" w14:textId="77777777" w:rsidR="00126B52" w:rsidRPr="00EB6820" w:rsidRDefault="00AC3289" w:rsidP="000B2313">
      <w:r w:rsidRPr="00EB6820">
        <w:t>• Necesidades de inscripción, acreditación u organización.</w:t>
      </w:r>
    </w:p>
    <w:p w14:paraId="608B54F0" w14:textId="630BBBFC" w:rsidR="00126B52" w:rsidRPr="00EB6820" w:rsidRDefault="00126B52"/>
    <w:p w14:paraId="5C4662F6" w14:textId="77777777" w:rsidR="00126B52" w:rsidRPr="00EB6820" w:rsidRDefault="00AC3289" w:rsidP="000B2313">
      <w:pPr>
        <w:pStyle w:val="Ttulo2"/>
      </w:pPr>
      <w:r w:rsidRPr="00EB6820">
        <w:t>RECURSOS NECESARIOS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4BD5F3AD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134F672A" w14:textId="77777777" w:rsidR="00126B52" w:rsidRPr="00EB6820" w:rsidRDefault="00AC3289" w:rsidP="000B2313">
            <w:r w:rsidRPr="00EB6820">
              <w:t>Escribí aquí…</w:t>
            </w:r>
          </w:p>
          <w:p w14:paraId="68356A08" w14:textId="77777777" w:rsidR="00126B52" w:rsidRPr="00EB6820" w:rsidRDefault="00AC3289" w:rsidP="000B2313">
            <w:r w:rsidRPr="00EB6820">
              <w:t xml:space="preserve"> </w:t>
            </w:r>
          </w:p>
          <w:p w14:paraId="6431A273" w14:textId="77777777" w:rsidR="00126B52" w:rsidRPr="00EB6820" w:rsidRDefault="00AC3289" w:rsidP="000B2313">
            <w:r w:rsidRPr="00EB6820">
              <w:t xml:space="preserve"> </w:t>
            </w:r>
          </w:p>
          <w:p w14:paraId="5F32050B" w14:textId="77777777" w:rsidR="00126B52" w:rsidRPr="00EB6820" w:rsidRDefault="00AC3289" w:rsidP="000B2313">
            <w:r w:rsidRPr="00EB6820">
              <w:t xml:space="preserve"> </w:t>
            </w:r>
          </w:p>
          <w:p w14:paraId="1CF86D16" w14:textId="77777777" w:rsidR="00126B52" w:rsidRPr="00EB6820" w:rsidRDefault="00AC3289" w:rsidP="000B2313">
            <w:r w:rsidRPr="00EB6820">
              <w:t xml:space="preserve"> </w:t>
            </w:r>
          </w:p>
          <w:p w14:paraId="017DA2AA" w14:textId="77777777" w:rsidR="00126B52" w:rsidRPr="00EB6820" w:rsidRDefault="00AC3289">
            <w:r w:rsidRPr="00EB6820">
              <w:t xml:space="preserve"> </w:t>
            </w:r>
          </w:p>
        </w:tc>
      </w:tr>
    </w:tbl>
    <w:p w14:paraId="69F21C39" w14:textId="77777777" w:rsidR="00126B52" w:rsidRPr="00EB6820" w:rsidRDefault="00126B52">
      <w:pPr>
        <w:spacing w:after="20"/>
      </w:pPr>
    </w:p>
    <w:p w14:paraId="08319CFD" w14:textId="77777777" w:rsidR="00126B52" w:rsidRPr="00EB6820" w:rsidRDefault="00AC3289" w:rsidP="000B2313">
      <w:pPr>
        <w:pStyle w:val="Ttulo2"/>
      </w:pPr>
      <w:r w:rsidRPr="00EB6820">
        <w:t>NECESIDADES OPERATIVAS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39B385B3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7260470F" w14:textId="77777777" w:rsidR="00126B52" w:rsidRPr="00EB6820" w:rsidRDefault="00AC3289" w:rsidP="000B2313">
            <w:r w:rsidRPr="00EB6820">
              <w:t>Escribí aquí…</w:t>
            </w:r>
          </w:p>
          <w:p w14:paraId="729310A5" w14:textId="77777777" w:rsidR="00126B52" w:rsidRPr="00EB6820" w:rsidRDefault="00AC3289" w:rsidP="000B2313">
            <w:r w:rsidRPr="00EB6820">
              <w:t xml:space="preserve"> </w:t>
            </w:r>
          </w:p>
          <w:p w14:paraId="0EF27012" w14:textId="77777777" w:rsidR="00126B52" w:rsidRPr="00EB6820" w:rsidRDefault="00AC3289" w:rsidP="000B2313">
            <w:r w:rsidRPr="00EB6820">
              <w:t xml:space="preserve"> </w:t>
            </w:r>
          </w:p>
          <w:p w14:paraId="05C22C33" w14:textId="77777777" w:rsidR="00126B52" w:rsidRPr="00EB6820" w:rsidRDefault="00AC3289" w:rsidP="000B2313">
            <w:r w:rsidRPr="00EB6820">
              <w:t xml:space="preserve"> </w:t>
            </w:r>
          </w:p>
          <w:p w14:paraId="052642D9" w14:textId="77777777" w:rsidR="00126B52" w:rsidRPr="00EB6820" w:rsidRDefault="00AC3289" w:rsidP="000B2313">
            <w:r w:rsidRPr="00EB6820">
              <w:t xml:space="preserve"> </w:t>
            </w:r>
          </w:p>
          <w:p w14:paraId="27DF39A7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371CE930" w14:textId="77777777" w:rsidR="00126B52" w:rsidRPr="00EB6820" w:rsidRDefault="00126B52">
      <w:pPr>
        <w:spacing w:after="20"/>
      </w:pPr>
    </w:p>
    <w:p w14:paraId="6B2AA303" w14:textId="77777777" w:rsidR="00126B52" w:rsidRPr="00EB6820" w:rsidRDefault="00AC3289">
      <w:r w:rsidRPr="00EB6820">
        <w:br w:type="page"/>
      </w:r>
    </w:p>
    <w:p w14:paraId="5DBC9C5B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61A641A2" wp14:editId="4230DDC3">
            <wp:extent cx="438912" cy="43891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09.  COMUNICACIÓN Y DIFUSIÓN</w:t>
      </w:r>
    </w:p>
    <w:p w14:paraId="27C7290D" w14:textId="77777777" w:rsidR="00126B52" w:rsidRPr="00EB6820" w:rsidRDefault="00AC3289" w:rsidP="000B2313">
      <w:r w:rsidRPr="00EB6820">
        <w:t>Describí cómo se comunicará la actividad y a través de qué canales.</w:t>
      </w:r>
    </w:p>
    <w:p w14:paraId="1E7E90F8" w14:textId="5437AA95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788C4B3D" w14:textId="77777777" w:rsidR="00126B52" w:rsidRPr="00EB6820" w:rsidRDefault="00AC3289" w:rsidP="000B2313">
      <w:r w:rsidRPr="00EB6820">
        <w:t>• Público al que se dirigirá la comunicación.</w:t>
      </w:r>
    </w:p>
    <w:p w14:paraId="392F5880" w14:textId="77777777" w:rsidR="00126B52" w:rsidRPr="00EB6820" w:rsidRDefault="00AC3289" w:rsidP="000B2313">
      <w:r w:rsidRPr="00EB6820">
        <w:t>• Canales: redes, mail, web, WhatsApp, medios, etc.</w:t>
      </w:r>
    </w:p>
    <w:p w14:paraId="6862EB35" w14:textId="77777777" w:rsidR="00126B52" w:rsidRPr="00EB6820" w:rsidRDefault="00AC3289" w:rsidP="000B2313">
      <w:r w:rsidRPr="00EB6820">
        <w:t>• Piezas o materiales necesarios.</w:t>
      </w:r>
    </w:p>
    <w:p w14:paraId="35E63FC0" w14:textId="77777777" w:rsidR="00126B52" w:rsidRPr="00EB6820" w:rsidRDefault="00AC3289" w:rsidP="000B2313">
      <w:r w:rsidRPr="00EB6820">
        <w:t>• Responsable de la difusión.</w:t>
      </w:r>
    </w:p>
    <w:p w14:paraId="5D286704" w14:textId="77777777" w:rsidR="00126B52" w:rsidRPr="00EB6820" w:rsidRDefault="00AC3289" w:rsidP="000B2313">
      <w:r w:rsidRPr="00EB6820">
        <w:t>• Cronograma de comunicación.</w:t>
      </w:r>
    </w:p>
    <w:p w14:paraId="7204DC1E" w14:textId="610973D8" w:rsidR="00126B52" w:rsidRPr="00EB6820" w:rsidRDefault="00126B52"/>
    <w:p w14:paraId="3F7D58AB" w14:textId="77777777" w:rsidR="00126B52" w:rsidRPr="00EB6820" w:rsidRDefault="00AC3289" w:rsidP="000B2313">
      <w:pPr>
        <w:pStyle w:val="Ttulo2"/>
      </w:pPr>
      <w:r w:rsidRPr="00EB6820">
        <w:t>ESTRATEGIA DE DIFUSIÓN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44E717B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6BF7602" w14:textId="77777777" w:rsidR="00126B52" w:rsidRPr="00EB6820" w:rsidRDefault="00AC3289" w:rsidP="000B2313">
            <w:r w:rsidRPr="00EB6820">
              <w:t>Escribí aquí…</w:t>
            </w:r>
          </w:p>
          <w:p w14:paraId="3A1EF50E" w14:textId="77777777" w:rsidR="00126B52" w:rsidRPr="00EB6820" w:rsidRDefault="00AC3289" w:rsidP="000B2313">
            <w:r w:rsidRPr="00EB6820">
              <w:t xml:space="preserve"> </w:t>
            </w:r>
          </w:p>
          <w:p w14:paraId="50ABFB1E" w14:textId="77777777" w:rsidR="00126B52" w:rsidRPr="00EB6820" w:rsidRDefault="00AC3289" w:rsidP="000B2313">
            <w:r w:rsidRPr="00EB6820">
              <w:t xml:space="preserve"> </w:t>
            </w:r>
          </w:p>
          <w:p w14:paraId="70CD905A" w14:textId="77777777" w:rsidR="00126B52" w:rsidRPr="00EB6820" w:rsidRDefault="00AC3289" w:rsidP="000B2313">
            <w:r w:rsidRPr="00EB6820">
              <w:t xml:space="preserve"> </w:t>
            </w:r>
          </w:p>
          <w:p w14:paraId="1927C076" w14:textId="77777777" w:rsidR="00126B52" w:rsidRPr="00EB6820" w:rsidRDefault="00AC3289" w:rsidP="000B2313">
            <w:r w:rsidRPr="00EB6820">
              <w:t xml:space="preserve"> </w:t>
            </w:r>
          </w:p>
          <w:p w14:paraId="250F3AC6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60645452" w14:textId="77777777" w:rsidR="00126B52" w:rsidRPr="00EB6820" w:rsidRDefault="00126B52">
      <w:pPr>
        <w:spacing w:after="20"/>
      </w:pPr>
    </w:p>
    <w:p w14:paraId="0403C96D" w14:textId="77777777" w:rsidR="00126B52" w:rsidRPr="00EB6820" w:rsidRDefault="00AC3289" w:rsidP="000B2313">
      <w:pPr>
        <w:pStyle w:val="Ttulo2"/>
      </w:pPr>
      <w:r w:rsidRPr="00EB6820">
        <w:t>CANALES Y ACCIONES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251540EF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205302D6" w14:textId="77777777" w:rsidR="00126B52" w:rsidRPr="00EB6820" w:rsidRDefault="00AC3289" w:rsidP="000B2313">
            <w:r w:rsidRPr="00EB6820">
              <w:t>Escribí aquí…</w:t>
            </w:r>
          </w:p>
          <w:p w14:paraId="2BA093FA" w14:textId="77777777" w:rsidR="00126B52" w:rsidRPr="00EB6820" w:rsidRDefault="00AC3289" w:rsidP="000B2313">
            <w:r w:rsidRPr="00EB6820">
              <w:t xml:space="preserve"> </w:t>
            </w:r>
          </w:p>
          <w:p w14:paraId="4A599531" w14:textId="77777777" w:rsidR="00126B52" w:rsidRPr="00EB6820" w:rsidRDefault="00AC3289" w:rsidP="000B2313">
            <w:r w:rsidRPr="00EB6820">
              <w:t xml:space="preserve"> </w:t>
            </w:r>
          </w:p>
          <w:p w14:paraId="69BD5B8E" w14:textId="77777777" w:rsidR="00126B52" w:rsidRPr="00EB6820" w:rsidRDefault="00AC3289" w:rsidP="000B2313">
            <w:r w:rsidRPr="00EB6820">
              <w:t xml:space="preserve"> </w:t>
            </w:r>
          </w:p>
          <w:p w14:paraId="206E3FDD" w14:textId="77777777" w:rsidR="00126B52" w:rsidRPr="00EB6820" w:rsidRDefault="00AC3289" w:rsidP="000B2313">
            <w:r w:rsidRPr="00EB6820">
              <w:t xml:space="preserve"> </w:t>
            </w:r>
          </w:p>
          <w:p w14:paraId="4094BCA1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3B68DF80" w14:textId="77777777" w:rsidR="00126B52" w:rsidRPr="00EB6820" w:rsidRDefault="00126B52">
      <w:pPr>
        <w:spacing w:after="20"/>
      </w:pPr>
    </w:p>
    <w:p w14:paraId="415300B3" w14:textId="77777777" w:rsidR="00126B52" w:rsidRPr="00EB6820" w:rsidRDefault="00AC3289">
      <w:r w:rsidRPr="00EB6820">
        <w:br w:type="page"/>
      </w:r>
    </w:p>
    <w:p w14:paraId="284EACA5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5DCC4ED7" wp14:editId="01F97523">
            <wp:extent cx="438912" cy="43891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10.  EVALUACIÓN Y CIERRE</w:t>
      </w:r>
    </w:p>
    <w:p w14:paraId="6D41F2B5" w14:textId="77777777" w:rsidR="00126B52" w:rsidRPr="00EB6820" w:rsidRDefault="00AC3289" w:rsidP="000B2313">
      <w:r w:rsidRPr="00EB6820">
        <w:t>Definí cómo se relevarán los resultados y cómo se realizará el cierre de la propuesta.</w:t>
      </w:r>
    </w:p>
    <w:p w14:paraId="1608EF82" w14:textId="42ADFD82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6FD91B53" w14:textId="77777777" w:rsidR="00126B52" w:rsidRPr="00EB6820" w:rsidRDefault="00AC3289" w:rsidP="000B2313">
      <w:r w:rsidRPr="00EB6820">
        <w:t>• Encuestas o formularios.</w:t>
      </w:r>
    </w:p>
    <w:p w14:paraId="76FA3BD4" w14:textId="77777777" w:rsidR="00126B52" w:rsidRPr="00EB6820" w:rsidRDefault="00AC3289" w:rsidP="000B2313">
      <w:r w:rsidRPr="00EB6820">
        <w:t>• Registro de participación.</w:t>
      </w:r>
    </w:p>
    <w:p w14:paraId="78D63DCE" w14:textId="77777777" w:rsidR="00126B52" w:rsidRPr="00EB6820" w:rsidRDefault="00AC3289" w:rsidP="000B2313">
      <w:r w:rsidRPr="00EB6820">
        <w:t>• Indicadores de resultado.</w:t>
      </w:r>
    </w:p>
    <w:p w14:paraId="4E0E0989" w14:textId="77777777" w:rsidR="00126B52" w:rsidRPr="00EB6820" w:rsidRDefault="00AC3289" w:rsidP="000B2313">
      <w:r w:rsidRPr="00EB6820">
        <w:t>• Devoluciones de participantes.</w:t>
      </w:r>
    </w:p>
    <w:p w14:paraId="0B90B6CC" w14:textId="77777777" w:rsidR="00126B52" w:rsidRPr="00EB6820" w:rsidRDefault="00AC3289" w:rsidP="000B2313">
      <w:r w:rsidRPr="00EB6820">
        <w:t>• Cierre y sistematización de aprendizajes.</w:t>
      </w:r>
    </w:p>
    <w:p w14:paraId="49C16469" w14:textId="08915915" w:rsidR="00126B52" w:rsidRPr="00EB6820" w:rsidRDefault="00126B52" w:rsidP="000B2313">
      <w:pPr>
        <w:pStyle w:val="Ttulo2"/>
      </w:pPr>
    </w:p>
    <w:p w14:paraId="1B35E1BE" w14:textId="77777777" w:rsidR="00126B52" w:rsidRPr="00EB6820" w:rsidRDefault="00AC3289" w:rsidP="00EB6820">
      <w:pPr>
        <w:pStyle w:val="Ttulo2"/>
      </w:pPr>
      <w:r w:rsidRPr="00EB6820">
        <w:t>EVALUACIÓN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875ACE7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7D220871" w14:textId="77777777" w:rsidR="00126B52" w:rsidRPr="00EB6820" w:rsidRDefault="00AC3289" w:rsidP="000B2313">
            <w:r w:rsidRPr="00EB6820">
              <w:t>Escribí aquí…</w:t>
            </w:r>
          </w:p>
          <w:p w14:paraId="1DAACFC3" w14:textId="77777777" w:rsidR="00126B52" w:rsidRPr="00EB6820" w:rsidRDefault="00AC3289" w:rsidP="000B2313">
            <w:r w:rsidRPr="00EB6820">
              <w:t xml:space="preserve"> </w:t>
            </w:r>
          </w:p>
          <w:p w14:paraId="3CF1374B" w14:textId="77777777" w:rsidR="00126B52" w:rsidRPr="00EB6820" w:rsidRDefault="00AC3289" w:rsidP="000B2313">
            <w:r w:rsidRPr="00EB6820">
              <w:t xml:space="preserve"> </w:t>
            </w:r>
          </w:p>
          <w:p w14:paraId="0CE30EB7" w14:textId="77777777" w:rsidR="00126B52" w:rsidRPr="00EB6820" w:rsidRDefault="00AC3289" w:rsidP="000B2313">
            <w:r w:rsidRPr="00EB6820">
              <w:t xml:space="preserve"> </w:t>
            </w:r>
          </w:p>
          <w:p w14:paraId="7DB84D7B" w14:textId="77777777" w:rsidR="00126B52" w:rsidRPr="00EB6820" w:rsidRDefault="00AC3289" w:rsidP="000B2313">
            <w:r w:rsidRPr="00EB6820">
              <w:t xml:space="preserve"> </w:t>
            </w:r>
          </w:p>
          <w:p w14:paraId="22816112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3577110E" w14:textId="77777777" w:rsidR="00126B52" w:rsidRPr="00EB6820" w:rsidRDefault="00126B52" w:rsidP="000B2313">
      <w:pPr>
        <w:pStyle w:val="Ttulo2"/>
      </w:pPr>
    </w:p>
    <w:p w14:paraId="33D61895" w14:textId="77777777" w:rsidR="00126B52" w:rsidRPr="00EB6820" w:rsidRDefault="00AC3289" w:rsidP="00EB6820">
      <w:pPr>
        <w:pStyle w:val="Ttulo2"/>
      </w:pPr>
      <w:r w:rsidRPr="00EB6820">
        <w:t>CIERRE / RESULTADOS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DDABC62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779E572" w14:textId="77777777" w:rsidR="00126B52" w:rsidRPr="00EB6820" w:rsidRDefault="00AC3289" w:rsidP="000B2313">
            <w:r w:rsidRPr="00EB6820">
              <w:t>Escribí aquí…</w:t>
            </w:r>
          </w:p>
          <w:p w14:paraId="5A640DAB" w14:textId="77777777" w:rsidR="00126B52" w:rsidRPr="00EB6820" w:rsidRDefault="00AC3289" w:rsidP="000B2313">
            <w:r w:rsidRPr="00EB6820">
              <w:t xml:space="preserve"> </w:t>
            </w:r>
          </w:p>
          <w:p w14:paraId="4B6D4F5C" w14:textId="77777777" w:rsidR="00126B52" w:rsidRPr="00EB6820" w:rsidRDefault="00AC3289" w:rsidP="000B2313">
            <w:r w:rsidRPr="00EB6820">
              <w:t xml:space="preserve"> </w:t>
            </w:r>
          </w:p>
          <w:p w14:paraId="3B8A4806" w14:textId="77777777" w:rsidR="00126B52" w:rsidRPr="00EB6820" w:rsidRDefault="00AC3289" w:rsidP="000B2313">
            <w:r w:rsidRPr="00EB6820">
              <w:t xml:space="preserve"> </w:t>
            </w:r>
          </w:p>
          <w:p w14:paraId="42F9F295" w14:textId="77777777" w:rsidR="00126B52" w:rsidRPr="00EB6820" w:rsidRDefault="00AC3289" w:rsidP="000B2313">
            <w:r w:rsidRPr="00EB6820">
              <w:t xml:space="preserve"> </w:t>
            </w:r>
          </w:p>
          <w:p w14:paraId="09DC2742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2B79D84A" w14:textId="77777777" w:rsidR="00126B52" w:rsidRPr="00EB6820" w:rsidRDefault="00126B52">
      <w:pPr>
        <w:spacing w:after="20"/>
      </w:pPr>
    </w:p>
    <w:p w14:paraId="7C6B5CCE" w14:textId="77777777" w:rsidR="00126B52" w:rsidRPr="00EB6820" w:rsidRDefault="00AC3289">
      <w:r w:rsidRPr="00EB6820">
        <w:br w:type="page"/>
      </w:r>
    </w:p>
    <w:p w14:paraId="3DD44771" w14:textId="77777777" w:rsidR="00126B52" w:rsidRPr="00EB6820" w:rsidRDefault="00AC3289" w:rsidP="000B2313">
      <w:pPr>
        <w:pStyle w:val="Ttulo1"/>
      </w:pPr>
      <w:r w:rsidRPr="00EB6820">
        <w:lastRenderedPageBreak/>
        <w:drawing>
          <wp:inline distT="0" distB="0" distL="0" distR="0" wp14:anchorId="022E8E05" wp14:editId="4F0B1282">
            <wp:extent cx="438912" cy="43891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11.  PRESUPUESTO</w:t>
      </w:r>
    </w:p>
    <w:p w14:paraId="13C59697" w14:textId="23F67B11" w:rsidR="00126B52" w:rsidRPr="00EB6820" w:rsidRDefault="00EB6820" w:rsidP="000B2313">
      <w:r w:rsidRPr="00EB6820">
        <w:t>Estima</w:t>
      </w:r>
      <w:r w:rsidR="00AC3289" w:rsidRPr="00EB6820">
        <w:t xml:space="preserve"> los costos necesarios para realizar la propuesta y </w:t>
      </w:r>
      <w:r w:rsidRPr="00EB6820">
        <w:t>señala</w:t>
      </w:r>
      <w:r w:rsidR="00AC3289" w:rsidRPr="00EB6820">
        <w:t>, si corresponde, fuentes de financiamiento o ingresos.</w:t>
      </w:r>
    </w:p>
    <w:p w14:paraId="1E2EDED9" w14:textId="4B1335E6" w:rsidR="00126B52" w:rsidRPr="00EB6820" w:rsidRDefault="00AC3289" w:rsidP="000B2313">
      <w:pPr>
        <w:pStyle w:val="Ttulo2"/>
      </w:pPr>
      <w:r w:rsidRPr="00EB6820">
        <w:t xml:space="preserve">PARA TENER EN CUENTA  </w:t>
      </w:r>
    </w:p>
    <w:p w14:paraId="0727E2F5" w14:textId="77777777" w:rsidR="00126B52" w:rsidRPr="00EB6820" w:rsidRDefault="00AC3289" w:rsidP="000B2313">
      <w:r w:rsidRPr="00EB6820">
        <w:t>• Honorarios.</w:t>
      </w:r>
    </w:p>
    <w:p w14:paraId="203A865B" w14:textId="77777777" w:rsidR="00126B52" w:rsidRPr="00EB6820" w:rsidRDefault="00AC3289" w:rsidP="000B2313">
      <w:r w:rsidRPr="00EB6820">
        <w:t>• Espacio y equipamiento.</w:t>
      </w:r>
    </w:p>
    <w:p w14:paraId="00411120" w14:textId="77777777" w:rsidR="00126B52" w:rsidRPr="00EB6820" w:rsidRDefault="00AC3289" w:rsidP="000B2313">
      <w:r w:rsidRPr="00EB6820">
        <w:t>• Materiales y producción.</w:t>
      </w:r>
    </w:p>
    <w:p w14:paraId="5B3AB7B7" w14:textId="77777777" w:rsidR="00126B52" w:rsidRPr="00EB6820" w:rsidRDefault="00AC3289" w:rsidP="000B2313">
      <w:r w:rsidRPr="00EB6820">
        <w:t>• Comunicación y difusión.</w:t>
      </w:r>
    </w:p>
    <w:p w14:paraId="76A6BF12" w14:textId="77777777" w:rsidR="00126B52" w:rsidRPr="00EB6820" w:rsidRDefault="00AC3289" w:rsidP="000B2313">
      <w:r w:rsidRPr="00EB6820">
        <w:t>• Otros gastos.</w:t>
      </w:r>
    </w:p>
    <w:p w14:paraId="75FD0AB9" w14:textId="77777777" w:rsidR="00126B52" w:rsidRPr="00EB6820" w:rsidRDefault="00AC3289" w:rsidP="000B2313">
      <w:r w:rsidRPr="00EB6820">
        <w:t>• Ingresos, inscripciones, auspicios o financiamiento previsto.</w:t>
      </w:r>
    </w:p>
    <w:p w14:paraId="07915EB6" w14:textId="2B0BEC08" w:rsidR="00126B52" w:rsidRPr="00EB6820" w:rsidRDefault="00126B52" w:rsidP="000B2313">
      <w:pPr>
        <w:pStyle w:val="Ttulo2"/>
      </w:pPr>
    </w:p>
    <w:p w14:paraId="6EEB1733" w14:textId="77777777" w:rsidR="00126B52" w:rsidRPr="00EB6820" w:rsidRDefault="00AC3289" w:rsidP="00EB6820">
      <w:pPr>
        <w:pStyle w:val="Ttulo2"/>
      </w:pPr>
      <w:r w:rsidRPr="00EB6820">
        <w:t>PRESUPUESTO ESTIMADO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4F1E057D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BE5EA60" w14:textId="77777777" w:rsidR="00126B52" w:rsidRPr="00EB6820" w:rsidRDefault="00AC3289" w:rsidP="000B2313">
            <w:r w:rsidRPr="00EB6820">
              <w:t>Escribí aquí…</w:t>
            </w:r>
          </w:p>
          <w:p w14:paraId="4E5D3F76" w14:textId="77777777" w:rsidR="00126B52" w:rsidRPr="00EB6820" w:rsidRDefault="00AC3289" w:rsidP="000B2313">
            <w:r w:rsidRPr="00EB6820">
              <w:t xml:space="preserve"> </w:t>
            </w:r>
          </w:p>
          <w:p w14:paraId="6A5882DB" w14:textId="77777777" w:rsidR="00126B52" w:rsidRPr="00EB6820" w:rsidRDefault="00AC3289" w:rsidP="000B2313">
            <w:r w:rsidRPr="00EB6820">
              <w:t xml:space="preserve"> </w:t>
            </w:r>
          </w:p>
          <w:p w14:paraId="60A10876" w14:textId="77777777" w:rsidR="00126B52" w:rsidRPr="00EB6820" w:rsidRDefault="00AC3289" w:rsidP="000B2313">
            <w:r w:rsidRPr="00EB6820">
              <w:t xml:space="preserve"> </w:t>
            </w:r>
          </w:p>
          <w:p w14:paraId="1CCE8F34" w14:textId="77777777" w:rsidR="00126B52" w:rsidRPr="00EB6820" w:rsidRDefault="00AC3289" w:rsidP="000B2313">
            <w:r w:rsidRPr="00EB6820">
              <w:t xml:space="preserve"> </w:t>
            </w:r>
          </w:p>
          <w:p w14:paraId="3B588CCA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4DC559A9" w14:textId="77777777" w:rsidR="00126B52" w:rsidRPr="00EB6820" w:rsidRDefault="00126B52" w:rsidP="000B2313">
      <w:pPr>
        <w:pStyle w:val="Ttulo2"/>
      </w:pPr>
    </w:p>
    <w:p w14:paraId="270D8CA7" w14:textId="77777777" w:rsidR="00126B52" w:rsidRPr="00EB6820" w:rsidRDefault="00AC3289" w:rsidP="00EB6820">
      <w:pPr>
        <w:pStyle w:val="Ttulo2"/>
      </w:pPr>
      <w:r w:rsidRPr="00EB6820">
        <w:t>INGRESOS / FINANCIAMIENTO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34BF44A4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4DD9977E" w14:textId="77777777" w:rsidR="00126B52" w:rsidRPr="00EB6820" w:rsidRDefault="00AC3289" w:rsidP="000B2313">
            <w:r w:rsidRPr="00EB6820">
              <w:t>Escribí aquí…</w:t>
            </w:r>
          </w:p>
          <w:p w14:paraId="2F9598C9" w14:textId="77777777" w:rsidR="00126B52" w:rsidRPr="00EB6820" w:rsidRDefault="00AC3289" w:rsidP="000B2313">
            <w:r w:rsidRPr="00EB6820">
              <w:t xml:space="preserve"> </w:t>
            </w:r>
          </w:p>
          <w:p w14:paraId="191332F6" w14:textId="77777777" w:rsidR="00126B52" w:rsidRPr="00EB6820" w:rsidRDefault="00AC3289" w:rsidP="000B2313">
            <w:r w:rsidRPr="00EB6820">
              <w:t xml:space="preserve"> </w:t>
            </w:r>
          </w:p>
          <w:p w14:paraId="1096B5FA" w14:textId="77777777" w:rsidR="00126B52" w:rsidRPr="00EB6820" w:rsidRDefault="00AC3289" w:rsidP="000B2313">
            <w:r w:rsidRPr="00EB6820">
              <w:t xml:space="preserve"> </w:t>
            </w:r>
          </w:p>
          <w:p w14:paraId="00CFEA8D" w14:textId="77777777" w:rsidR="00126B52" w:rsidRPr="00EB6820" w:rsidRDefault="00AC3289" w:rsidP="000B2313">
            <w:r w:rsidRPr="00EB6820">
              <w:t xml:space="preserve"> </w:t>
            </w:r>
          </w:p>
          <w:p w14:paraId="4365D593" w14:textId="77777777" w:rsidR="00126B52" w:rsidRPr="00EB6820" w:rsidRDefault="00AC3289" w:rsidP="000B2313">
            <w:r w:rsidRPr="00EB6820">
              <w:t xml:space="preserve"> </w:t>
            </w:r>
          </w:p>
        </w:tc>
      </w:tr>
    </w:tbl>
    <w:p w14:paraId="28B91D86" w14:textId="77777777" w:rsidR="00126B52" w:rsidRPr="00EB6820" w:rsidRDefault="00126B52">
      <w:pPr>
        <w:spacing w:after="20"/>
      </w:pPr>
    </w:p>
    <w:p w14:paraId="60AE5E44" w14:textId="77777777" w:rsidR="00126B52" w:rsidRPr="00EB6820" w:rsidRDefault="00AC3289">
      <w:r w:rsidRPr="00EB6820">
        <w:br w:type="page"/>
      </w:r>
    </w:p>
    <w:p w14:paraId="1C634693" w14:textId="77777777" w:rsidR="00126B52" w:rsidRPr="00EB6820" w:rsidRDefault="00AC3289" w:rsidP="003C4EFC">
      <w:pPr>
        <w:pStyle w:val="Ttulo1"/>
      </w:pPr>
      <w:r w:rsidRPr="00EB6820">
        <w:lastRenderedPageBreak/>
        <w:drawing>
          <wp:inline distT="0" distB="0" distL="0" distR="0" wp14:anchorId="46950361" wp14:editId="5DAF68B1">
            <wp:extent cx="438912" cy="43891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6820">
        <w:t xml:space="preserve">   12.  PRESENTACIÓN DE LA PROPUESTA</w:t>
      </w:r>
    </w:p>
    <w:p w14:paraId="27973026" w14:textId="77777777" w:rsidR="00126B52" w:rsidRPr="00EB6820" w:rsidRDefault="00AC3289" w:rsidP="003C4EFC">
      <w:proofErr w:type="spellStart"/>
      <w:r w:rsidRPr="00EB6820">
        <w:t>Sintetizá</w:t>
      </w:r>
      <w:proofErr w:type="spellEnd"/>
      <w:r w:rsidRPr="00EB6820">
        <w:t xml:space="preserve"> la propuesta en una versión breve que permita elevarla para su consideración.</w:t>
      </w:r>
    </w:p>
    <w:p w14:paraId="6E1EE4DD" w14:textId="473AB2B7" w:rsidR="00126B52" w:rsidRPr="00EB6820" w:rsidRDefault="00AC3289" w:rsidP="003C4EFC">
      <w:pPr>
        <w:pStyle w:val="Ttulo2"/>
      </w:pPr>
      <w:r w:rsidRPr="00EB6820">
        <w:t xml:space="preserve">PARA TENER EN CUENTA  </w:t>
      </w:r>
    </w:p>
    <w:p w14:paraId="323EE1EE" w14:textId="77777777" w:rsidR="00126B52" w:rsidRPr="00EB6820" w:rsidRDefault="00AC3289" w:rsidP="003C4EFC">
      <w:r w:rsidRPr="00EB6820">
        <w:t>• Nombre de la propuesta.</w:t>
      </w:r>
    </w:p>
    <w:p w14:paraId="316E33AA" w14:textId="77777777" w:rsidR="00126B52" w:rsidRPr="00EB6820" w:rsidRDefault="00AC3289" w:rsidP="003C4EFC">
      <w:r w:rsidRPr="00EB6820">
        <w:t>• Síntesis de la iniciativa.</w:t>
      </w:r>
    </w:p>
    <w:p w14:paraId="6BC0D02E" w14:textId="77777777" w:rsidR="00126B52" w:rsidRPr="00EB6820" w:rsidRDefault="00AC3289" w:rsidP="003C4EFC">
      <w:r w:rsidRPr="00EB6820">
        <w:t>• Objetivo principal.</w:t>
      </w:r>
    </w:p>
    <w:p w14:paraId="5EFF633B" w14:textId="77777777" w:rsidR="00126B52" w:rsidRPr="00EB6820" w:rsidRDefault="00AC3289" w:rsidP="003C4EFC">
      <w:r w:rsidRPr="00EB6820">
        <w:t>• Destinatarios.</w:t>
      </w:r>
    </w:p>
    <w:p w14:paraId="068EA548" w14:textId="77777777" w:rsidR="00126B52" w:rsidRPr="00EB6820" w:rsidRDefault="00AC3289" w:rsidP="003C4EFC">
      <w:r w:rsidRPr="00EB6820">
        <w:t>• Modalidad y duración.</w:t>
      </w:r>
    </w:p>
    <w:p w14:paraId="29675C47" w14:textId="77777777" w:rsidR="00126B52" w:rsidRPr="00EB6820" w:rsidRDefault="00AC3289" w:rsidP="003C4EFC">
      <w:r w:rsidRPr="00EB6820">
        <w:t>• Presupuesto estimado.</w:t>
      </w:r>
    </w:p>
    <w:p w14:paraId="7D4BCE34" w14:textId="77777777" w:rsidR="00126B52" w:rsidRPr="00EB6820" w:rsidRDefault="00AC3289" w:rsidP="003C4EFC">
      <w:r w:rsidRPr="00EB6820">
        <w:t>• Responsables.</w:t>
      </w:r>
    </w:p>
    <w:p w14:paraId="6032ACDB" w14:textId="77777777" w:rsidR="00126B52" w:rsidRPr="00EB6820" w:rsidRDefault="00AC3289" w:rsidP="003C4EFC">
      <w:r w:rsidRPr="00EB6820">
        <w:t>• Observaciones o decisiones requeridas.</w:t>
      </w:r>
    </w:p>
    <w:p w14:paraId="131E3317" w14:textId="0F1F84EA" w:rsidR="00126B52" w:rsidRPr="00EB6820" w:rsidRDefault="00126B52"/>
    <w:p w14:paraId="089AB18E" w14:textId="77777777" w:rsidR="00126B52" w:rsidRPr="00EB6820" w:rsidRDefault="00AC3289" w:rsidP="003C4EFC">
      <w:pPr>
        <w:pStyle w:val="Ttulo2"/>
      </w:pPr>
      <w:r w:rsidRPr="00EB6820">
        <w:t>SÍNTESIS EJECUTIVA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4A51AF7F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19A50E8" w14:textId="77777777" w:rsidR="00126B52" w:rsidRPr="00EB6820" w:rsidRDefault="00AC3289" w:rsidP="003C4EFC">
            <w:r w:rsidRPr="00EB6820">
              <w:t>Escribí aquí…</w:t>
            </w:r>
          </w:p>
          <w:p w14:paraId="081E903A" w14:textId="77777777" w:rsidR="00126B52" w:rsidRPr="00EB6820" w:rsidRDefault="00AC3289" w:rsidP="003C4EFC">
            <w:r w:rsidRPr="00EB6820">
              <w:t xml:space="preserve"> </w:t>
            </w:r>
          </w:p>
          <w:p w14:paraId="178FC08A" w14:textId="77777777" w:rsidR="00126B52" w:rsidRPr="00EB6820" w:rsidRDefault="00AC3289" w:rsidP="003C4EFC">
            <w:r w:rsidRPr="00EB6820">
              <w:t xml:space="preserve"> </w:t>
            </w:r>
          </w:p>
          <w:p w14:paraId="00DA1BD8" w14:textId="77777777" w:rsidR="00126B52" w:rsidRPr="00EB6820" w:rsidRDefault="00AC3289" w:rsidP="003C4EFC">
            <w:r w:rsidRPr="00EB6820">
              <w:t xml:space="preserve"> </w:t>
            </w:r>
          </w:p>
          <w:p w14:paraId="4A6AD94D" w14:textId="77777777" w:rsidR="00126B52" w:rsidRPr="00EB6820" w:rsidRDefault="00AC3289" w:rsidP="003C4EFC">
            <w:r w:rsidRPr="00EB6820">
              <w:t xml:space="preserve"> </w:t>
            </w:r>
          </w:p>
          <w:p w14:paraId="001F42C8" w14:textId="77777777" w:rsidR="00126B52" w:rsidRPr="00EB6820" w:rsidRDefault="00AC3289" w:rsidP="003C4EFC">
            <w:r w:rsidRPr="00EB6820">
              <w:t xml:space="preserve"> </w:t>
            </w:r>
          </w:p>
        </w:tc>
      </w:tr>
    </w:tbl>
    <w:p w14:paraId="3AC687DC" w14:textId="77777777" w:rsidR="00126B52" w:rsidRPr="00EB6820" w:rsidRDefault="00126B52" w:rsidP="003C4EFC">
      <w:pPr>
        <w:pStyle w:val="Ttulo2"/>
      </w:pPr>
    </w:p>
    <w:p w14:paraId="6D56DA49" w14:textId="77777777" w:rsidR="00126B52" w:rsidRPr="00EB6820" w:rsidRDefault="00AC3289" w:rsidP="00EB6820">
      <w:pPr>
        <w:pStyle w:val="Ttulo2"/>
      </w:pPr>
      <w:r w:rsidRPr="00EB6820">
        <w:t>OBSERVACIONES / SOLICITUD A COMISIÓN DIRECTIVA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59CAAAFE" w14:textId="77777777">
        <w:trPr>
          <w:jc w:val="center"/>
        </w:trPr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38011AC8" w14:textId="77777777" w:rsidR="00126B52" w:rsidRPr="00EB6820" w:rsidRDefault="00AC3289" w:rsidP="003C4EFC">
            <w:r w:rsidRPr="00EB6820">
              <w:rPr>
                <w:i/>
                <w:color w:val="99939F"/>
                <w:sz w:val="18"/>
              </w:rPr>
              <w:t>Escribí aquí…</w:t>
            </w:r>
          </w:p>
          <w:p w14:paraId="1D6D32AA" w14:textId="77777777" w:rsidR="00126B52" w:rsidRPr="00EB6820" w:rsidRDefault="00AC3289" w:rsidP="003C4EFC">
            <w:r w:rsidRPr="00EB6820">
              <w:t xml:space="preserve"> </w:t>
            </w:r>
          </w:p>
          <w:p w14:paraId="013D6C98" w14:textId="77777777" w:rsidR="00126B52" w:rsidRPr="00EB6820" w:rsidRDefault="00AC3289" w:rsidP="003C4EFC">
            <w:r w:rsidRPr="00EB6820">
              <w:t xml:space="preserve"> </w:t>
            </w:r>
          </w:p>
          <w:p w14:paraId="2C7BA59D" w14:textId="77777777" w:rsidR="00126B52" w:rsidRPr="00EB6820" w:rsidRDefault="00AC3289" w:rsidP="003C4EFC">
            <w:r w:rsidRPr="00EB6820">
              <w:t xml:space="preserve"> </w:t>
            </w:r>
          </w:p>
          <w:p w14:paraId="1E8D39D3" w14:textId="77777777" w:rsidR="00126B52" w:rsidRPr="00EB6820" w:rsidRDefault="00AC3289" w:rsidP="003C4EFC">
            <w:r w:rsidRPr="00EB6820">
              <w:t xml:space="preserve"> </w:t>
            </w:r>
          </w:p>
          <w:p w14:paraId="2AF02510" w14:textId="77777777" w:rsidR="00126B52" w:rsidRPr="00EB6820" w:rsidRDefault="00AC3289" w:rsidP="003C4EFC">
            <w:r w:rsidRPr="00EB6820">
              <w:t xml:space="preserve"> </w:t>
            </w:r>
          </w:p>
        </w:tc>
      </w:tr>
    </w:tbl>
    <w:p w14:paraId="0439504B" w14:textId="20329203" w:rsidR="00126B52" w:rsidRPr="00EB6820" w:rsidRDefault="00126B52"/>
    <w:p w14:paraId="25C9EF7E" w14:textId="77777777" w:rsidR="00126B52" w:rsidRPr="00EB6820" w:rsidRDefault="00AC3289" w:rsidP="003C4EFC">
      <w:pPr>
        <w:pStyle w:val="Ttulo1"/>
      </w:pPr>
      <w:r w:rsidRPr="00EB6820">
        <w:lastRenderedPageBreak/>
        <w:t>PUNTO ADICIONAL</w:t>
      </w:r>
    </w:p>
    <w:p w14:paraId="4EF568A0" w14:textId="77777777" w:rsidR="00126B52" w:rsidRPr="00EB6820" w:rsidRDefault="00AC3289" w:rsidP="003C4EFC">
      <w:r w:rsidRPr="00EB6820">
        <w:t xml:space="preserve">Este espacio queda disponible para sumar información que no esté contemplada en la estructura anterior. </w:t>
      </w:r>
      <w:proofErr w:type="spellStart"/>
      <w:r w:rsidRPr="00EB6820">
        <w:t>Podés</w:t>
      </w:r>
      <w:proofErr w:type="spellEnd"/>
      <w:r w:rsidRPr="00EB6820">
        <w:t xml:space="preserve"> duplicar esta página tantas veces como necesites.</w:t>
      </w:r>
    </w:p>
    <w:p w14:paraId="37BB9047" w14:textId="77777777" w:rsidR="00126B52" w:rsidRPr="00EB6820" w:rsidRDefault="00AC3289" w:rsidP="003C4EFC">
      <w:pPr>
        <w:pStyle w:val="Ttulo2"/>
      </w:pPr>
      <w:r w:rsidRPr="00EB6820">
        <w:t>N.º / TÍTULO DEL PUNTO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1E67D1AA" w14:textId="77777777"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17A7D5DE" w14:textId="77777777" w:rsidR="00126B52" w:rsidRPr="00EB6820" w:rsidRDefault="00AC3289" w:rsidP="003C4EFC">
            <w:r w:rsidRPr="00EB6820">
              <w:t>Escribí aquí…</w:t>
            </w:r>
          </w:p>
          <w:p w14:paraId="1CC45FCC" w14:textId="77777777" w:rsidR="00126B52" w:rsidRPr="00EB6820" w:rsidRDefault="00AC3289" w:rsidP="003C4EFC">
            <w:r w:rsidRPr="00EB6820">
              <w:t xml:space="preserve"> </w:t>
            </w:r>
          </w:p>
          <w:p w14:paraId="349BC6CA" w14:textId="77777777" w:rsidR="00126B52" w:rsidRPr="00EB6820" w:rsidRDefault="00AC3289" w:rsidP="003C4EFC">
            <w:r w:rsidRPr="00EB6820">
              <w:t xml:space="preserve"> </w:t>
            </w:r>
          </w:p>
          <w:p w14:paraId="5725F744" w14:textId="77777777" w:rsidR="00126B52" w:rsidRPr="00EB6820" w:rsidRDefault="00AC3289" w:rsidP="003C4EFC">
            <w:r w:rsidRPr="00EB6820">
              <w:t xml:space="preserve"> </w:t>
            </w:r>
          </w:p>
          <w:p w14:paraId="668BDB45" w14:textId="77777777" w:rsidR="00126B52" w:rsidRPr="00EB6820" w:rsidRDefault="00AC3289">
            <w:r w:rsidRPr="00EB6820">
              <w:t xml:space="preserve"> </w:t>
            </w:r>
          </w:p>
        </w:tc>
      </w:tr>
    </w:tbl>
    <w:p w14:paraId="0FE33A4E" w14:textId="77777777" w:rsidR="00126B52" w:rsidRPr="00EB6820" w:rsidRDefault="00AC3289" w:rsidP="003C4EFC">
      <w:pPr>
        <w:pStyle w:val="Ttulo2"/>
      </w:pPr>
      <w:r w:rsidRPr="00EB6820">
        <w:t>DESCRIPCIÓN / DESARROLLO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46379ED8" w14:textId="77777777"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15FF7B31" w14:textId="77777777" w:rsidR="00126B52" w:rsidRPr="00EB6820" w:rsidRDefault="00AC3289" w:rsidP="003C4EFC">
            <w:r w:rsidRPr="00EB6820">
              <w:t>Escribí aquí…</w:t>
            </w:r>
          </w:p>
          <w:p w14:paraId="0525B58F" w14:textId="77777777" w:rsidR="00126B52" w:rsidRPr="00EB6820" w:rsidRDefault="00AC3289" w:rsidP="003C4EFC">
            <w:r w:rsidRPr="00EB6820">
              <w:t xml:space="preserve"> </w:t>
            </w:r>
          </w:p>
          <w:p w14:paraId="327F819C" w14:textId="07FF6A84" w:rsidR="00126B52" w:rsidRPr="00EB6820" w:rsidRDefault="00AC3289" w:rsidP="003C4EFC">
            <w:r w:rsidRPr="00EB6820">
              <w:t xml:space="preserve"> </w:t>
            </w:r>
          </w:p>
          <w:p w14:paraId="609C0ED1" w14:textId="77777777" w:rsidR="00126B52" w:rsidRPr="00EB6820" w:rsidRDefault="00AC3289">
            <w:r w:rsidRPr="00EB6820">
              <w:t xml:space="preserve"> </w:t>
            </w:r>
          </w:p>
          <w:p w14:paraId="5DF15D43" w14:textId="77777777" w:rsidR="00126B52" w:rsidRPr="00EB6820" w:rsidRDefault="00AC3289">
            <w:r w:rsidRPr="00EB6820">
              <w:t xml:space="preserve"> </w:t>
            </w:r>
          </w:p>
          <w:p w14:paraId="31FCB1A4" w14:textId="41331DFD" w:rsidR="00126B52" w:rsidRPr="00EB6820" w:rsidRDefault="00126B52"/>
        </w:tc>
      </w:tr>
      <w:tr w:rsidR="003C4EFC" w:rsidRPr="00EB6820" w14:paraId="7CF4A9BD" w14:textId="77777777">
        <w:tc>
          <w:tcPr>
            <w:tcW w:w="10224" w:type="dxa"/>
            <w:tcBorders>
              <w:top w:val="single" w:sz="5" w:space="0" w:color="D9CEF5"/>
              <w:left w:val="single" w:sz="5" w:space="0" w:color="D9CEF5"/>
              <w:bottom w:val="single" w:sz="5" w:space="0" w:color="D9CEF5"/>
              <w:right w:val="single" w:sz="5" w:space="0" w:color="D9CEF5"/>
            </w:tcBorders>
            <w:shd w:val="clear" w:color="auto" w:fill="F2EDFC"/>
          </w:tcPr>
          <w:p w14:paraId="082134D6" w14:textId="77777777" w:rsidR="003C4EFC" w:rsidRPr="00EB6820" w:rsidRDefault="003C4EFC" w:rsidP="003C4EFC"/>
        </w:tc>
      </w:tr>
    </w:tbl>
    <w:p w14:paraId="6F90A726" w14:textId="77777777" w:rsidR="003C4EFC" w:rsidRPr="00EB6820" w:rsidRDefault="003C4EFC">
      <w:pPr>
        <w:spacing w:before="500"/>
        <w:rPr>
          <w:b/>
          <w:color w:val="4B20B5"/>
        </w:rPr>
      </w:pPr>
    </w:p>
    <w:p w14:paraId="687074A1" w14:textId="5120BA1C" w:rsidR="00126B52" w:rsidRPr="00EB6820" w:rsidRDefault="00AC3289" w:rsidP="003C4EFC">
      <w:pPr>
        <w:pStyle w:val="Ttulo2"/>
      </w:pPr>
      <w:r w:rsidRPr="00EB6820">
        <w:t>OBSERVACIONES FINALES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126B52" w:rsidRPr="00EB6820" w14:paraId="0CE1E25F" w14:textId="77777777">
        <w:tc>
          <w:tcPr>
            <w:tcW w:w="10224" w:type="dxa"/>
            <w:shd w:val="clear" w:color="auto" w:fill="F2EDFC"/>
          </w:tcPr>
          <w:p w14:paraId="3E8136D9" w14:textId="77777777" w:rsidR="003C4EFC" w:rsidRPr="00EB6820" w:rsidRDefault="003C4EFC" w:rsidP="003C4EFC">
            <w:r w:rsidRPr="00EB6820">
              <w:t>Escribí aquí…</w:t>
            </w:r>
          </w:p>
          <w:p w14:paraId="7E21F0AE" w14:textId="77777777" w:rsidR="003C4EFC" w:rsidRPr="00EB6820" w:rsidRDefault="003C4EFC" w:rsidP="003C4EFC">
            <w:r w:rsidRPr="00EB6820">
              <w:t xml:space="preserve"> </w:t>
            </w:r>
          </w:p>
          <w:p w14:paraId="771B38D8" w14:textId="77777777" w:rsidR="003C4EFC" w:rsidRPr="00EB6820" w:rsidRDefault="003C4EFC" w:rsidP="003C4EFC">
            <w:r w:rsidRPr="00EB6820">
              <w:t xml:space="preserve"> </w:t>
            </w:r>
          </w:p>
          <w:p w14:paraId="6A60BD90" w14:textId="77777777" w:rsidR="003C4EFC" w:rsidRPr="00EB6820" w:rsidRDefault="003C4EFC" w:rsidP="003C4EFC">
            <w:r w:rsidRPr="00EB6820">
              <w:t xml:space="preserve"> </w:t>
            </w:r>
          </w:p>
          <w:p w14:paraId="1A0A1B6C" w14:textId="77777777" w:rsidR="003C4EFC" w:rsidRPr="00EB6820" w:rsidRDefault="003C4EFC" w:rsidP="003C4EFC">
            <w:r w:rsidRPr="00EB6820">
              <w:t xml:space="preserve"> </w:t>
            </w:r>
          </w:p>
          <w:p w14:paraId="10CAC472" w14:textId="77777777" w:rsidR="003C4EFC" w:rsidRPr="00EB6820" w:rsidRDefault="003C4EFC" w:rsidP="003C4EFC">
            <w:r w:rsidRPr="00EB6820">
              <w:t xml:space="preserve"> </w:t>
            </w:r>
          </w:p>
          <w:p w14:paraId="0F023D08" w14:textId="3B3169DB" w:rsidR="00126B52" w:rsidRPr="00EB6820" w:rsidRDefault="00126B52"/>
          <w:p w14:paraId="04D8D14B" w14:textId="7B483CA7" w:rsidR="00126B52" w:rsidRPr="00EB6820" w:rsidRDefault="00AC3289">
            <w:r w:rsidRPr="00EB6820">
              <w:t xml:space="preserve"> </w:t>
            </w:r>
          </w:p>
        </w:tc>
      </w:tr>
    </w:tbl>
    <w:p w14:paraId="50B60BDC" w14:textId="77777777" w:rsidR="00AC3289" w:rsidRDefault="00AC3289"/>
    <w:sectPr w:rsidR="00AC3289" w:rsidSect="00034616">
      <w:headerReference w:type="default" r:id="rId20"/>
      <w:footerReference w:type="default" r:id="rId21"/>
      <w:pgSz w:w="12240" w:h="15840"/>
      <w:pgMar w:top="936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C0AE1" w14:textId="77777777" w:rsidR="00384CF0" w:rsidRPr="00EB6820" w:rsidRDefault="00384CF0">
      <w:pPr>
        <w:spacing w:after="0" w:line="240" w:lineRule="auto"/>
      </w:pPr>
      <w:r w:rsidRPr="00EB6820">
        <w:separator/>
      </w:r>
    </w:p>
  </w:endnote>
  <w:endnote w:type="continuationSeparator" w:id="0">
    <w:p w14:paraId="0DC93592" w14:textId="77777777" w:rsidR="00384CF0" w:rsidRPr="00EB6820" w:rsidRDefault="00384CF0">
      <w:pPr>
        <w:spacing w:after="0" w:line="240" w:lineRule="auto"/>
      </w:pPr>
      <w:r w:rsidRPr="00EB68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14456" w14:textId="0AD7DB03" w:rsidR="00126B52" w:rsidRPr="00EB6820" w:rsidRDefault="001E7D00">
    <w:pPr>
      <w:pStyle w:val="Piedepgina"/>
      <w:jc w:val="right"/>
    </w:pPr>
    <w:r w:rsidRPr="00EB6820">
      <w:rPr>
        <w:b/>
        <w:bCs/>
        <w:color w:val="694477"/>
        <w:sz w:val="24"/>
        <w:szCs w:val="24"/>
      </w:rPr>
      <w:t>COMPLETAR CON EL NOMBRE DEL PROYECTO</w:t>
    </w:r>
    <w:r w:rsidRPr="00EB6820">
      <w:rPr>
        <w:color w:val="694477"/>
        <w:sz w:val="14"/>
      </w:rPr>
      <w:t xml:space="preserve"> </w:t>
    </w:r>
    <w:r w:rsidR="00AC3289" w:rsidRPr="00EB6820">
      <w:rPr>
        <w:color w:val="694477"/>
        <w:sz w:val="14"/>
      </w:rPr>
      <w:t xml:space="preserve">   </w:t>
    </w:r>
    <w:r w:rsidR="00AC3289" w:rsidRPr="00EB6820">
      <w:fldChar w:fldCharType="begin"/>
    </w:r>
    <w:r w:rsidR="00AC3289" w:rsidRPr="00EB6820">
      <w:instrText>PAGE</w:instrText>
    </w:r>
    <w:r w:rsidR="00AC3289" w:rsidRPr="00EB6820">
      <w:fldChar w:fldCharType="separate"/>
    </w:r>
    <w:r w:rsidR="00720FC0" w:rsidRPr="00EB6820">
      <w:t>1</w:t>
    </w:r>
    <w:r w:rsidR="00AC3289" w:rsidRPr="00EB682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5C1D1" w14:textId="77777777" w:rsidR="00384CF0" w:rsidRPr="00EB6820" w:rsidRDefault="00384CF0">
      <w:pPr>
        <w:spacing w:after="0" w:line="240" w:lineRule="auto"/>
      </w:pPr>
      <w:r w:rsidRPr="00EB6820">
        <w:separator/>
      </w:r>
    </w:p>
  </w:footnote>
  <w:footnote w:type="continuationSeparator" w:id="0">
    <w:p w14:paraId="70A09827" w14:textId="77777777" w:rsidR="00384CF0" w:rsidRPr="00EB6820" w:rsidRDefault="00384CF0">
      <w:pPr>
        <w:spacing w:after="0" w:line="240" w:lineRule="auto"/>
      </w:pPr>
      <w:r w:rsidRPr="00EB68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B649" w14:textId="1E813F32" w:rsidR="001E7D00" w:rsidRPr="00EB6820" w:rsidRDefault="001E7D00" w:rsidP="001E7D00">
    <w:pPr>
      <w:tabs>
        <w:tab w:val="left" w:pos="8625"/>
      </w:tabs>
      <w:spacing w:line="264" w:lineRule="auto"/>
      <w:rPr>
        <w:color w:val="694477"/>
      </w:rPr>
    </w:pPr>
    <w:r w:rsidRPr="00EB6820">
      <w:drawing>
        <wp:anchor distT="0" distB="0" distL="114300" distR="114300" simplePos="0" relativeHeight="251660288" behindDoc="1" locked="0" layoutInCell="1" allowOverlap="1" wp14:anchorId="16AB3D37" wp14:editId="55A53B5B">
          <wp:simplePos x="0" y="0"/>
          <wp:positionH relativeFrom="column">
            <wp:posOffset>5570988</wp:posOffset>
          </wp:positionH>
          <wp:positionV relativeFrom="page">
            <wp:posOffset>323850</wp:posOffset>
          </wp:positionV>
          <wp:extent cx="1189761" cy="523875"/>
          <wp:effectExtent l="0" t="0" r="0" b="0"/>
          <wp:wrapNone/>
          <wp:docPr id="1009287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106" cy="532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B6820">
      <w:rPr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80F4F2" wp14:editId="4B5B493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ángulo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rgbClr val="694477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646F1D9" id="Rectángulo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" filled="f" strokecolor="#694477" strokeweight="1.25pt">
              <w10:wrap anchorx="page" anchory="page"/>
            </v:rect>
          </w:pict>
        </mc:Fallback>
      </mc:AlternateContent>
    </w:r>
    <w:sdt>
      <w:sdtPr>
        <w:rPr>
          <w:color w:val="694477"/>
          <w:szCs w:val="20"/>
        </w:rPr>
        <w:alias w:val="Título"/>
        <w:id w:val="15524250"/>
        <w:placeholder>
          <w:docPart w:val="9FBB0293013C49F08B6A95C58859ED7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EB6820">
          <w:rPr>
            <w:color w:val="694477"/>
            <w:szCs w:val="20"/>
          </w:rPr>
          <w:t>COLEGIO DE ARQUITECTOS DE LA PROVINCIA DE CÓRDOBA</w:t>
        </w:r>
      </w:sdtContent>
    </w:sdt>
    <w:r w:rsidRPr="00EB6820">
      <w:rPr>
        <w:color w:val="694477"/>
        <w:szCs w:val="20"/>
      </w:rPr>
      <w:tab/>
    </w:r>
  </w:p>
  <w:p w14:paraId="7518E435" w14:textId="6EA524BF" w:rsidR="00126B52" w:rsidRPr="00EB6820" w:rsidRDefault="00126B52">
    <w:pPr>
      <w:pStyle w:val="Encabezado"/>
      <w:rPr>
        <w:rFonts w:asciiTheme="majorHAnsi" w:hAnsiTheme="majorHAnsi"/>
        <w:color w:val="808080" w:themeColor="background1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3099551">
    <w:abstractNumId w:val="8"/>
  </w:num>
  <w:num w:numId="2" w16cid:durableId="1472480770">
    <w:abstractNumId w:val="6"/>
  </w:num>
  <w:num w:numId="3" w16cid:durableId="1201897368">
    <w:abstractNumId w:val="5"/>
  </w:num>
  <w:num w:numId="4" w16cid:durableId="1227452253">
    <w:abstractNumId w:val="4"/>
  </w:num>
  <w:num w:numId="5" w16cid:durableId="588268267">
    <w:abstractNumId w:val="7"/>
  </w:num>
  <w:num w:numId="6" w16cid:durableId="997148367">
    <w:abstractNumId w:val="3"/>
  </w:num>
  <w:num w:numId="7" w16cid:durableId="1456144565">
    <w:abstractNumId w:val="2"/>
  </w:num>
  <w:num w:numId="8" w16cid:durableId="2091535993">
    <w:abstractNumId w:val="1"/>
  </w:num>
  <w:num w:numId="9" w16cid:durableId="106514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603"/>
    <w:rsid w:val="00034616"/>
    <w:rsid w:val="00047FE4"/>
    <w:rsid w:val="0006063C"/>
    <w:rsid w:val="00067373"/>
    <w:rsid w:val="000B2313"/>
    <w:rsid w:val="000C07A1"/>
    <w:rsid w:val="000C6911"/>
    <w:rsid w:val="000E2058"/>
    <w:rsid w:val="000E667F"/>
    <w:rsid w:val="000F1FEC"/>
    <w:rsid w:val="000F37F3"/>
    <w:rsid w:val="0010033A"/>
    <w:rsid w:val="00126B52"/>
    <w:rsid w:val="00131F12"/>
    <w:rsid w:val="00144632"/>
    <w:rsid w:val="0015074B"/>
    <w:rsid w:val="00151E5C"/>
    <w:rsid w:val="001643B9"/>
    <w:rsid w:val="00175458"/>
    <w:rsid w:val="001B18A8"/>
    <w:rsid w:val="001B344A"/>
    <w:rsid w:val="001B3EA3"/>
    <w:rsid w:val="001E7D00"/>
    <w:rsid w:val="0020236C"/>
    <w:rsid w:val="00210F02"/>
    <w:rsid w:val="00221E6A"/>
    <w:rsid w:val="0022747A"/>
    <w:rsid w:val="00263F36"/>
    <w:rsid w:val="002665B8"/>
    <w:rsid w:val="00267612"/>
    <w:rsid w:val="00276F85"/>
    <w:rsid w:val="00277886"/>
    <w:rsid w:val="0029639D"/>
    <w:rsid w:val="002A22A7"/>
    <w:rsid w:val="00326F90"/>
    <w:rsid w:val="003322C6"/>
    <w:rsid w:val="00367F06"/>
    <w:rsid w:val="003748AB"/>
    <w:rsid w:val="00384CF0"/>
    <w:rsid w:val="003A4395"/>
    <w:rsid w:val="003C4EFC"/>
    <w:rsid w:val="003C4F39"/>
    <w:rsid w:val="003D7347"/>
    <w:rsid w:val="003E4248"/>
    <w:rsid w:val="003E5EAA"/>
    <w:rsid w:val="003F08E6"/>
    <w:rsid w:val="0045411D"/>
    <w:rsid w:val="004A61C4"/>
    <w:rsid w:val="004D5204"/>
    <w:rsid w:val="00504BF0"/>
    <w:rsid w:val="00536288"/>
    <w:rsid w:val="0054570B"/>
    <w:rsid w:val="005700D3"/>
    <w:rsid w:val="00575A0C"/>
    <w:rsid w:val="0058771A"/>
    <w:rsid w:val="005C3D05"/>
    <w:rsid w:val="005C4CDE"/>
    <w:rsid w:val="005D7318"/>
    <w:rsid w:val="006121BF"/>
    <w:rsid w:val="00656C90"/>
    <w:rsid w:val="00666ECC"/>
    <w:rsid w:val="006819DE"/>
    <w:rsid w:val="006A08B5"/>
    <w:rsid w:val="006A3015"/>
    <w:rsid w:val="006B39F4"/>
    <w:rsid w:val="006C0051"/>
    <w:rsid w:val="00720FC0"/>
    <w:rsid w:val="007329EB"/>
    <w:rsid w:val="00744F56"/>
    <w:rsid w:val="00745A47"/>
    <w:rsid w:val="0075139A"/>
    <w:rsid w:val="00760338"/>
    <w:rsid w:val="007B0F27"/>
    <w:rsid w:val="008030C0"/>
    <w:rsid w:val="008069B2"/>
    <w:rsid w:val="008222F2"/>
    <w:rsid w:val="008279BD"/>
    <w:rsid w:val="008414B7"/>
    <w:rsid w:val="00850C46"/>
    <w:rsid w:val="00867D9A"/>
    <w:rsid w:val="0087094B"/>
    <w:rsid w:val="008B5013"/>
    <w:rsid w:val="008C17A1"/>
    <w:rsid w:val="008C31F5"/>
    <w:rsid w:val="008D583F"/>
    <w:rsid w:val="008D7E89"/>
    <w:rsid w:val="008E2F57"/>
    <w:rsid w:val="008E4402"/>
    <w:rsid w:val="00913FF6"/>
    <w:rsid w:val="009837A4"/>
    <w:rsid w:val="00A222BB"/>
    <w:rsid w:val="00A31696"/>
    <w:rsid w:val="00A438F3"/>
    <w:rsid w:val="00A56C5B"/>
    <w:rsid w:val="00AA1D8D"/>
    <w:rsid w:val="00AB7534"/>
    <w:rsid w:val="00AC3289"/>
    <w:rsid w:val="00B34246"/>
    <w:rsid w:val="00B4425B"/>
    <w:rsid w:val="00B47730"/>
    <w:rsid w:val="00BA4659"/>
    <w:rsid w:val="00BC266B"/>
    <w:rsid w:val="00C422DB"/>
    <w:rsid w:val="00C60318"/>
    <w:rsid w:val="00C85515"/>
    <w:rsid w:val="00CB0552"/>
    <w:rsid w:val="00CB0664"/>
    <w:rsid w:val="00CF7E9E"/>
    <w:rsid w:val="00D002FB"/>
    <w:rsid w:val="00D00606"/>
    <w:rsid w:val="00D06568"/>
    <w:rsid w:val="00D30C30"/>
    <w:rsid w:val="00D367A7"/>
    <w:rsid w:val="00DA6B9B"/>
    <w:rsid w:val="00DB453D"/>
    <w:rsid w:val="00DC4828"/>
    <w:rsid w:val="00DE5509"/>
    <w:rsid w:val="00DF000B"/>
    <w:rsid w:val="00E05CCC"/>
    <w:rsid w:val="00E62EF6"/>
    <w:rsid w:val="00E77E11"/>
    <w:rsid w:val="00E93A35"/>
    <w:rsid w:val="00EA7066"/>
    <w:rsid w:val="00EB2B5C"/>
    <w:rsid w:val="00EB6820"/>
    <w:rsid w:val="00ED0E34"/>
    <w:rsid w:val="00EE6F40"/>
    <w:rsid w:val="00F307E9"/>
    <w:rsid w:val="00F74E92"/>
    <w:rsid w:val="00FB5D02"/>
    <w:rsid w:val="00FC693F"/>
    <w:rsid w:val="00FD1011"/>
    <w:rsid w:val="00FD6496"/>
    <w:rsid w:val="00F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B26E04"/>
  <w14:defaultImageDpi w14:val="330"/>
  <w15:docId w15:val="{E003924D-2175-B648-80AC-220CA330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D00"/>
    <w:rPr>
      <w:rFonts w:ascii="Arial Narrow" w:hAnsi="Arial Narrow"/>
      <w:color w:val="24202D"/>
      <w:sz w:val="20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1E7D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94477"/>
      <w:sz w:val="4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E7D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94477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E7D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69447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E7D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94477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1E7D00"/>
    <w:pPr>
      <w:spacing w:after="0" w:line="240" w:lineRule="auto"/>
    </w:pPr>
    <w:rPr>
      <w:rFonts w:ascii="Arial Narrow" w:hAnsi="Arial Narrow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E7D00"/>
    <w:rPr>
      <w:rFonts w:asciiTheme="majorHAnsi" w:eastAsiaTheme="majorEastAsia" w:hAnsiTheme="majorHAnsi" w:cstheme="majorBidi"/>
      <w:b/>
      <w:bCs/>
      <w:color w:val="694477"/>
      <w:sz w:val="40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E7D00"/>
    <w:rPr>
      <w:rFonts w:asciiTheme="majorHAnsi" w:eastAsiaTheme="majorEastAsia" w:hAnsiTheme="majorHAnsi" w:cstheme="majorBidi"/>
      <w:b/>
      <w:bCs/>
      <w:color w:val="694477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1E7D00"/>
    <w:rPr>
      <w:rFonts w:asciiTheme="majorHAnsi" w:eastAsiaTheme="majorEastAsia" w:hAnsiTheme="majorHAnsi" w:cstheme="majorBidi"/>
      <w:b/>
      <w:bCs/>
      <w:color w:val="694477"/>
      <w:sz w:val="20"/>
    </w:rPr>
  </w:style>
  <w:style w:type="paragraph" w:styleId="Ttulo">
    <w:name w:val="Title"/>
    <w:basedOn w:val="Normal"/>
    <w:next w:val="Normal"/>
    <w:link w:val="TtuloCar"/>
    <w:uiPriority w:val="10"/>
    <w:qFormat/>
    <w:rsid w:val="001E7D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94477"/>
      <w:spacing w:val="5"/>
      <w:kern w:val="28"/>
      <w:sz w:val="7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E7D00"/>
    <w:rPr>
      <w:rFonts w:asciiTheme="majorHAnsi" w:eastAsiaTheme="majorEastAsia" w:hAnsiTheme="majorHAnsi" w:cstheme="majorBidi"/>
      <w:b/>
      <w:color w:val="694477"/>
      <w:spacing w:val="5"/>
      <w:kern w:val="28"/>
      <w:sz w:val="7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rsid w:val="001E7D00"/>
    <w:rPr>
      <w:rFonts w:asciiTheme="majorHAnsi" w:eastAsiaTheme="majorEastAsia" w:hAnsiTheme="majorHAnsi" w:cstheme="majorBidi"/>
      <w:b/>
      <w:bCs/>
      <w:i/>
      <w:iCs/>
      <w:color w:val="694477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n">
    <w:name w:val="Revision"/>
    <w:hidden/>
    <w:uiPriority w:val="99"/>
    <w:semiHidden/>
    <w:rsid w:val="00504BF0"/>
    <w:pPr>
      <w:spacing w:after="0" w:line="240" w:lineRule="auto"/>
    </w:pPr>
    <w:rPr>
      <w:rFonts w:ascii="Arial Narrow" w:hAnsi="Arial Narrow"/>
      <w:color w:val="24202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BB0293013C49F08B6A95C58859E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9BCD4-87E7-472C-BBB2-A30A02C4EC58}"/>
      </w:docPartPr>
      <w:docPartBody>
        <w:p w:rsidR="00DA048A" w:rsidRDefault="00D5145D" w:rsidP="00D5145D">
          <w:pPr>
            <w:pStyle w:val="9FBB0293013C49F08B6A95C58859ED7B"/>
          </w:pPr>
          <w:r>
            <w:rPr>
              <w:color w:val="156082" w:themeColor="accent1"/>
              <w:sz w:val="20"/>
              <w:szCs w:val="20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5D"/>
    <w:rsid w:val="005C3D05"/>
    <w:rsid w:val="00666ECC"/>
    <w:rsid w:val="008557B2"/>
    <w:rsid w:val="00860458"/>
    <w:rsid w:val="00D5145D"/>
    <w:rsid w:val="00DA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FBB0293013C49F08B6A95C58859ED7B">
    <w:name w:val="9FBB0293013C49F08B6A95C58859ED7B"/>
    <w:rsid w:val="00D514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1042</Words>
  <Characters>5735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ARQUITECTOS DE LA PROVINCIA DE CÓRDOBA</dc:title>
  <dc:subject/>
  <dc:creator>python-docx</dc:creator>
  <cp:keywords/>
  <dc:description>generated by python-docx</dc:description>
  <cp:lastModifiedBy>Milagros Bettiol</cp:lastModifiedBy>
  <cp:revision>11</cp:revision>
  <dcterms:created xsi:type="dcterms:W3CDTF">2026-09-17T03:13:00Z</dcterms:created>
  <dcterms:modified xsi:type="dcterms:W3CDTF">2026-09-17T13:36:00Z</dcterms:modified>
  <cp:category/>
</cp:coreProperties>
</file>