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AC0648E" w14:textId="78532B78" w:rsidR="00126B52" w:rsidRPr="00EB6820" w:rsidRDefault="00AC3289">
      <w:pPr>
        <w:pStyle w:val="Ttulo"/>
        <w:spacing w:before="600"/>
      </w:pPr>
      <w:r w:rsidRPr="00EB6820">
        <w:t>GUÍA PARA LA</w:t>
      </w:r>
      <w:r w:rsidRPr="00EB6820">
        <w:br/>
        <w:t>PRESENTACIÓN</w:t>
      </w:r>
      <w:r w:rsidRPr="00EB6820">
        <w:br/>
        <w:t>DE P</w:t>
      </w:r>
      <w:r w:rsidR="003E4248" w:rsidRPr="00EB6820">
        <w:t>ROYECT</w:t>
      </w:r>
      <w:r w:rsidR="0022747A" w:rsidRPr="00EB6820">
        <w:t>OS</w:t>
      </w:r>
    </w:p>
    <w:p w14:paraId="61DE6B4F" w14:textId="77777777" w:rsidR="00126B52" w:rsidRPr="00EB6820" w:rsidRDefault="00AC3289" w:rsidP="001E7D00">
      <w:pPr>
        <w:pStyle w:val="Ttulo1"/>
      </w:pPr>
      <w:r w:rsidRPr="00EB6820">
        <w:t>De la idea a la propuesta</w:t>
      </w:r>
    </w:p>
    <w:p w14:paraId="2CC799BB" w14:textId="77777777" w:rsidR="00126B52" w:rsidRPr="00EB6820" w:rsidRDefault="00AC3289" w:rsidP="001E7D00">
      <w:pPr>
        <w:rPr>
          <w:sz w:val="22"/>
        </w:rPr>
      </w:pPr>
      <w:r w:rsidRPr="00EB6820">
        <w:t>Una herramienta para ordenar, desarrollar y presentar propuestas de capacitación, actividades y programas de formación ante la Comisión Directiva.</w:t>
      </w:r>
    </w:p>
    <w:p w14:paraId="450BF528" w14:textId="77777777" w:rsidR="00575A0C" w:rsidRPr="00EB6820" w:rsidRDefault="00AC3289" w:rsidP="001E7D00">
      <w:pPr>
        <w:rPr>
          <w:sz w:val="22"/>
        </w:rPr>
      </w:pPr>
      <w:r w:rsidRPr="00EB6820">
        <w:rPr>
          <w:color w:val="666666"/>
        </w:rPr>
        <w:t>Este documento acompaña el proceso de diseño de la propuesta y brinda un esquema orientativo para su presentación.</w:t>
      </w:r>
    </w:p>
    <w:p w14:paraId="105C88EE" w14:textId="77777777" w:rsidR="00575A0C" w:rsidRPr="00EB6820" w:rsidRDefault="00575A0C" w:rsidP="001E7D00">
      <w:pPr>
        <w:pStyle w:val="Ttulo1"/>
      </w:pPr>
      <w:r w:rsidRPr="00EB6820">
        <w:t>CÓMO USAR ESTA GUÍA</w:t>
      </w:r>
    </w:p>
    <w:p w14:paraId="7C103138" w14:textId="746DCBB1" w:rsidR="008E4402" w:rsidRPr="00EB6820" w:rsidRDefault="00FB7001" w:rsidP="00575A0C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B2C402" wp14:editId="1E4C74D0">
                <wp:simplePos x="0" y="0"/>
                <wp:positionH relativeFrom="column">
                  <wp:posOffset>-46990</wp:posOffset>
                </wp:positionH>
                <wp:positionV relativeFrom="paragraph">
                  <wp:posOffset>231140</wp:posOffset>
                </wp:positionV>
                <wp:extent cx="6568440" cy="732155"/>
                <wp:effectExtent l="50800" t="25400" r="60960" b="80645"/>
                <wp:wrapNone/>
                <wp:docPr id="174436166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68440" cy="7321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EBEA5D" id="Rectángulo 1" o:spid="_x0000_s1026" style="position:absolute;margin-left:-3.7pt;margin-top:18.2pt;width:517.2pt;height:57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" filled="f" strokecolor="#8064a2 [3207]">
                <v:shadow on="t" color="black" opacity="22937f" origin=",.5" offset="0,.63889mm"/>
              </v:rect>
            </w:pict>
          </mc:Fallback>
        </mc:AlternateContent>
      </w:r>
      <w:r w:rsidR="00AC3289" w:rsidRPr="00EB6820">
        <w:t xml:space="preserve">A </w:t>
      </w:r>
      <w:r w:rsidR="00EB6820" w:rsidRPr="00EB6820">
        <w:t>continuación,</w:t>
      </w:r>
      <w:r w:rsidR="00AC3289" w:rsidRPr="00EB6820">
        <w:t xml:space="preserve"> encontrarás una estructura orientativa que ayuda a desarrollar una propuesta. </w:t>
      </w:r>
    </w:p>
    <w:p w14:paraId="545316E3" w14:textId="28309068" w:rsidR="00126B52" w:rsidRPr="00DB6DD7" w:rsidRDefault="00CE6603">
      <w:pPr>
        <w:spacing w:after="160"/>
        <w:rPr>
          <w:b/>
          <w:bCs/>
          <w:i/>
          <w:iCs/>
          <w:sz w:val="22"/>
        </w:rPr>
      </w:pPr>
      <w:r w:rsidRPr="00DB6DD7">
        <w:rPr>
          <w:b/>
          <w:bCs/>
          <w:i/>
          <w:iCs/>
          <w:sz w:val="22"/>
        </w:rPr>
        <w:t>NO ES UN FORMULARIO RÍGIDO: CADA APARTADO SUGIERE ASPECTOS A CONTEMPLAR Y DEJA ESPACIO PARA DESARROLLARLOS SEGÚN LA INICIATIVA. PODES ADAPTAR, SUMAR, QUITAR O REORGANIZAR LA INFORMACIÓN SEGÚN LAS CARACTERÍSTICAS DE TU P</w:t>
      </w:r>
      <w:r w:rsidR="00630CD4">
        <w:rPr>
          <w:b/>
          <w:bCs/>
          <w:i/>
          <w:iCs/>
          <w:sz w:val="22"/>
        </w:rPr>
        <w:t>ROYECTO.</w:t>
      </w:r>
    </w:p>
    <w:p w14:paraId="6663FB50" w14:textId="77777777" w:rsidR="00AA364B" w:rsidRDefault="00AA364B">
      <w:pPr>
        <w:spacing w:after="160"/>
      </w:pPr>
    </w:p>
    <w:p w14:paraId="3A614E03" w14:textId="042B8421" w:rsidR="00FD4007" w:rsidRPr="00FD4007" w:rsidRDefault="00AC3289" w:rsidP="00FB670F">
      <w:pPr>
        <w:spacing w:after="160"/>
      </w:pPr>
      <w:r w:rsidRPr="00EB6820">
        <w:t xml:space="preserve">La plantilla está pensada para completarse directamente en Word. Si </w:t>
      </w:r>
      <w:r w:rsidR="00EB6820" w:rsidRPr="00EB6820">
        <w:t>necesitas</w:t>
      </w:r>
      <w:r w:rsidRPr="00EB6820">
        <w:t xml:space="preserve"> ampliar un apartado, </w:t>
      </w:r>
      <w:r w:rsidR="00EB6820" w:rsidRPr="00EB6820">
        <w:t>podes</w:t>
      </w:r>
      <w:r w:rsidRPr="00EB6820">
        <w:t xml:space="preserve"> agregar texto, tablas o páginas sin modificar la estructura general.</w:t>
      </w:r>
    </w:p>
    <w:p w14:paraId="0AA60933" w14:textId="77777777" w:rsidR="00126B52" w:rsidRPr="00EB6820" w:rsidRDefault="00AC3289" w:rsidP="001E7D00">
      <w:pPr>
        <w:pStyle w:val="Ttulo1"/>
      </w:pPr>
      <w:r w:rsidRPr="00EB6820">
        <w:rPr>
          <w:noProof/>
        </w:rPr>
        <w:drawing>
          <wp:inline distT="0" distB="0" distL="0" distR="0" wp14:anchorId="72F1DD59" wp14:editId="66F940EE">
            <wp:extent cx="466436" cy="466436"/>
            <wp:effectExtent l="0" t="0" r="381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6718" cy="466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B6820">
        <w:t xml:space="preserve">   01.  LA IDEA Y SU FUNDAMENTACIÓN</w:t>
      </w:r>
    </w:p>
    <w:p w14:paraId="1EBB97D6" w14:textId="4882FCF3" w:rsidR="00126B52" w:rsidRPr="00EB6820" w:rsidRDefault="00EB6820" w:rsidP="000B2313">
      <w:r w:rsidRPr="00EB6820">
        <w:t>Presenta</w:t>
      </w:r>
      <w:r w:rsidR="00AC3289" w:rsidRPr="00EB6820">
        <w:t xml:space="preserve"> brevemente la actividad que se propone realizar, su temática principal, el formato general y la idea que la inspira.</w:t>
      </w:r>
    </w:p>
    <w:p w14:paraId="1DBCA9F6" w14:textId="00732EB7" w:rsidR="00126B52" w:rsidRPr="00EB6820" w:rsidRDefault="00AC3289" w:rsidP="001E7D00">
      <w:pPr>
        <w:pStyle w:val="Ttulo2"/>
      </w:pPr>
      <w:r w:rsidRPr="00EB6820">
        <w:t xml:space="preserve">PARA TENER EN CUENTA  </w:t>
      </w:r>
    </w:p>
    <w:p w14:paraId="69D10533" w14:textId="77777777" w:rsidR="00126B52" w:rsidRPr="00EB6820" w:rsidRDefault="00AC3289" w:rsidP="000B2313">
      <w:r w:rsidRPr="00EB6820">
        <w:t>• ¿Qué actividad se propone?</w:t>
      </w:r>
    </w:p>
    <w:p w14:paraId="12C176A2" w14:textId="77777777" w:rsidR="00126B52" w:rsidRPr="00EB6820" w:rsidRDefault="00AC3289" w:rsidP="000B2313">
      <w:r w:rsidRPr="00EB6820">
        <w:t>• ¿Cuál es la temática central?</w:t>
      </w:r>
    </w:p>
    <w:p w14:paraId="22F0D70E" w14:textId="77777777" w:rsidR="00126B52" w:rsidRPr="00EB6820" w:rsidRDefault="00AC3289" w:rsidP="000B2313">
      <w:r w:rsidRPr="00EB6820">
        <w:t>• ¿Qué la hace relevante o innovadora?</w:t>
      </w:r>
    </w:p>
    <w:p w14:paraId="0C770264" w14:textId="77777777" w:rsidR="00126B52" w:rsidRPr="00EB6820" w:rsidRDefault="00AC3289" w:rsidP="000B2313">
      <w:r w:rsidRPr="00EB6820">
        <w:t>• ¿Qué problema, necesidad u oportunidad aborda?</w:t>
      </w:r>
    </w:p>
    <w:p w14:paraId="4CA362AF" w14:textId="1690066F" w:rsidR="00126B52" w:rsidRPr="00EB6820" w:rsidRDefault="00126B52"/>
    <w:p w14:paraId="330DC1CB" w14:textId="77777777" w:rsidR="00126B52" w:rsidRPr="00EB6820" w:rsidRDefault="00AC3289" w:rsidP="001E7D00">
      <w:pPr>
        <w:pStyle w:val="Ttulo2"/>
      </w:pPr>
      <w:r w:rsidRPr="00EB6820">
        <w:lastRenderedPageBreak/>
        <w:t>DESCRIPCIÓN DE LA PROPUESTA</w:t>
      </w:r>
    </w:p>
    <w:tbl>
      <w:tblPr>
        <w:tblW w:w="10497" w:type="dxa"/>
        <w:jc w:val="center"/>
        <w:tblLook w:val="04A0" w:firstRow="1" w:lastRow="0" w:firstColumn="1" w:lastColumn="0" w:noHBand="0" w:noVBand="1"/>
      </w:tblPr>
      <w:tblGrid>
        <w:gridCol w:w="10497"/>
      </w:tblGrid>
      <w:tr w:rsidR="00126B52" w:rsidRPr="00EB6820" w14:paraId="20814214" w14:textId="77777777" w:rsidTr="009A4A4E">
        <w:trPr>
          <w:trHeight w:val="4522"/>
          <w:jc w:val="center"/>
        </w:trPr>
        <w:tc>
          <w:tcPr>
            <w:tcW w:w="10497" w:type="dxa"/>
            <w:tcBorders>
              <w:top w:val="single" w:sz="5" w:space="0" w:color="D9CEF5"/>
              <w:left w:val="single" w:sz="5" w:space="0" w:color="D9CEF5"/>
              <w:bottom w:val="single" w:sz="5" w:space="0" w:color="D9CEF5"/>
              <w:right w:val="single" w:sz="5" w:space="0" w:color="D9CEF5"/>
            </w:tcBorders>
            <w:shd w:val="clear" w:color="auto" w:fill="F2EDFC"/>
          </w:tcPr>
          <w:p w14:paraId="31D06A01" w14:textId="77777777" w:rsidR="00126B52" w:rsidRPr="00EB6820" w:rsidRDefault="00AC3289" w:rsidP="000B2313">
            <w:r w:rsidRPr="00EB6820">
              <w:t>Escribí aquí…</w:t>
            </w:r>
          </w:p>
          <w:p w14:paraId="237F795D" w14:textId="77777777" w:rsidR="00126B52" w:rsidRPr="00EB6820" w:rsidRDefault="00AC3289" w:rsidP="000B2313">
            <w:r w:rsidRPr="00EB6820">
              <w:t xml:space="preserve"> </w:t>
            </w:r>
          </w:p>
          <w:p w14:paraId="6C5FA5D2" w14:textId="77777777" w:rsidR="00126B52" w:rsidRPr="00EB6820" w:rsidRDefault="00AC3289" w:rsidP="000B2313">
            <w:r w:rsidRPr="00EB6820">
              <w:t xml:space="preserve"> </w:t>
            </w:r>
          </w:p>
          <w:p w14:paraId="2C695C9B" w14:textId="77777777" w:rsidR="00126B52" w:rsidRPr="00EB6820" w:rsidRDefault="00AC3289" w:rsidP="000B2313">
            <w:r w:rsidRPr="00EB6820">
              <w:t xml:space="preserve"> </w:t>
            </w:r>
          </w:p>
          <w:p w14:paraId="61126EC3" w14:textId="77777777" w:rsidR="00126B52" w:rsidRPr="00EB6820" w:rsidRDefault="00AC3289" w:rsidP="000B2313">
            <w:r w:rsidRPr="00EB6820">
              <w:t xml:space="preserve"> </w:t>
            </w:r>
          </w:p>
          <w:p w14:paraId="1B30217C" w14:textId="77777777" w:rsidR="00126B52" w:rsidRPr="00EB6820" w:rsidRDefault="00AC3289" w:rsidP="000B2313">
            <w:r w:rsidRPr="00EB6820">
              <w:t xml:space="preserve"> </w:t>
            </w:r>
          </w:p>
        </w:tc>
      </w:tr>
    </w:tbl>
    <w:p w14:paraId="6E30E501" w14:textId="77777777" w:rsidR="00126B52" w:rsidRPr="00EB6820" w:rsidRDefault="00AC3289" w:rsidP="000B2313">
      <w:pPr>
        <w:pStyle w:val="Ttulo1"/>
      </w:pPr>
      <w:r w:rsidRPr="00EB6820">
        <w:rPr>
          <w:noProof/>
        </w:rPr>
        <w:drawing>
          <wp:inline distT="0" distB="0" distL="0" distR="0" wp14:anchorId="5E2B88E3" wp14:editId="472F55D0">
            <wp:extent cx="438912" cy="43891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2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8912" cy="438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B6820">
        <w:t xml:space="preserve">   02.  OBJETIVOS</w:t>
      </w:r>
    </w:p>
    <w:p w14:paraId="64CE40B6" w14:textId="77777777" w:rsidR="00126B52" w:rsidRPr="00EB6820" w:rsidRDefault="00AC3289" w:rsidP="000B2313">
      <w:r w:rsidRPr="00EB6820">
        <w:t>Definí los principales objetivos que se espera alcanzar con la actividad.</w:t>
      </w:r>
    </w:p>
    <w:p w14:paraId="57956ECA" w14:textId="58D29D5F" w:rsidR="00126B52" w:rsidRPr="00EB6820" w:rsidRDefault="00AC3289" w:rsidP="000B2313">
      <w:pPr>
        <w:pStyle w:val="Ttulo2"/>
      </w:pPr>
      <w:r w:rsidRPr="00EB6820">
        <w:t xml:space="preserve">PARA TENER EN CUENTA  </w:t>
      </w:r>
    </w:p>
    <w:p w14:paraId="1AC83212" w14:textId="77777777" w:rsidR="00126B52" w:rsidRPr="00EB6820" w:rsidRDefault="00AC3289" w:rsidP="000B2313">
      <w:r w:rsidRPr="00EB6820">
        <w:t>• Objetivo general: resultado principal que se busca alcanzar.</w:t>
      </w:r>
    </w:p>
    <w:p w14:paraId="0D35AB98" w14:textId="77777777" w:rsidR="00126B52" w:rsidRPr="00EB6820" w:rsidRDefault="00AC3289" w:rsidP="000B2313">
      <w:r w:rsidRPr="00EB6820">
        <w:t>• Objetivos específicos: aprendizajes, habilidades, conocimientos o impactos esperados.</w:t>
      </w:r>
    </w:p>
    <w:p w14:paraId="4C69CBC7" w14:textId="11646C16" w:rsidR="00126B52" w:rsidRPr="00EB6820" w:rsidRDefault="00AC3289" w:rsidP="000B2313">
      <w:r w:rsidRPr="00EB6820">
        <w:t xml:space="preserve">• </w:t>
      </w:r>
      <w:r w:rsidR="000A414E" w:rsidRPr="00EB6820">
        <w:t>¿Cómo sabremos que los objetivos se cumplieron?</w:t>
      </w:r>
    </w:p>
    <w:p w14:paraId="11BB764D" w14:textId="4BF36153" w:rsidR="00126B52" w:rsidRPr="00EB6820" w:rsidRDefault="007436C5" w:rsidP="000B2313">
      <w:pPr>
        <w:pStyle w:val="Ttulo2"/>
      </w:pPr>
      <w:r>
        <w:t>DESAR</w:t>
      </w:r>
      <w:r w:rsidR="00735DC8">
        <w:t>ROLLE</w:t>
      </w:r>
    </w:p>
    <w:tbl>
      <w:tblPr>
        <w:tblW w:w="10516" w:type="dxa"/>
        <w:jc w:val="center"/>
        <w:tblLook w:val="04A0" w:firstRow="1" w:lastRow="0" w:firstColumn="1" w:lastColumn="0" w:noHBand="0" w:noVBand="1"/>
      </w:tblPr>
      <w:tblGrid>
        <w:gridCol w:w="10516"/>
      </w:tblGrid>
      <w:tr w:rsidR="00126B52" w:rsidRPr="00EB6820" w14:paraId="577F31BC" w14:textId="77777777" w:rsidTr="008C31F5">
        <w:trPr>
          <w:trHeight w:val="4291"/>
          <w:jc w:val="center"/>
        </w:trPr>
        <w:tc>
          <w:tcPr>
            <w:tcW w:w="10516" w:type="dxa"/>
            <w:tcBorders>
              <w:top w:val="single" w:sz="5" w:space="0" w:color="D9CEF5"/>
              <w:left w:val="single" w:sz="5" w:space="0" w:color="D9CEF5"/>
              <w:bottom w:val="single" w:sz="5" w:space="0" w:color="D9CEF5"/>
              <w:right w:val="single" w:sz="5" w:space="0" w:color="D9CEF5"/>
            </w:tcBorders>
            <w:shd w:val="clear" w:color="auto" w:fill="F2EDFC"/>
          </w:tcPr>
          <w:p w14:paraId="5FB615C1" w14:textId="77777777" w:rsidR="00126B52" w:rsidRPr="00EB6820" w:rsidRDefault="00AC3289" w:rsidP="000B2313">
            <w:r w:rsidRPr="00EB6820">
              <w:t>Escribí aquí…</w:t>
            </w:r>
          </w:p>
          <w:p w14:paraId="676D6647" w14:textId="77777777" w:rsidR="00126B52" w:rsidRPr="00EB6820" w:rsidRDefault="00AC3289" w:rsidP="000B2313">
            <w:r w:rsidRPr="00EB6820">
              <w:t xml:space="preserve"> </w:t>
            </w:r>
          </w:p>
          <w:p w14:paraId="6AF99179" w14:textId="77777777" w:rsidR="00126B52" w:rsidRPr="00EB6820" w:rsidRDefault="00AC3289" w:rsidP="000B2313">
            <w:r w:rsidRPr="00EB6820">
              <w:t xml:space="preserve"> </w:t>
            </w:r>
          </w:p>
          <w:p w14:paraId="034ECD71" w14:textId="77777777" w:rsidR="00126B52" w:rsidRPr="00EB6820" w:rsidRDefault="00AC3289" w:rsidP="000B2313">
            <w:r w:rsidRPr="00EB6820">
              <w:t xml:space="preserve"> </w:t>
            </w:r>
          </w:p>
          <w:p w14:paraId="012C0C8C" w14:textId="77777777" w:rsidR="00126B52" w:rsidRPr="00EB6820" w:rsidRDefault="00AC3289" w:rsidP="000B2313">
            <w:r w:rsidRPr="00EB6820">
              <w:t xml:space="preserve"> </w:t>
            </w:r>
          </w:p>
          <w:p w14:paraId="11E9F596" w14:textId="77777777" w:rsidR="00126B52" w:rsidRPr="00EB6820" w:rsidRDefault="00AC3289" w:rsidP="000B2313">
            <w:r w:rsidRPr="00EB6820">
              <w:t xml:space="preserve"> </w:t>
            </w:r>
          </w:p>
        </w:tc>
      </w:tr>
    </w:tbl>
    <w:p w14:paraId="0D2772D0" w14:textId="5370C7B9" w:rsidR="00126B52" w:rsidRPr="00EB6820" w:rsidRDefault="00AC3289" w:rsidP="000B2313">
      <w:pPr>
        <w:pStyle w:val="Ttulo1"/>
      </w:pPr>
      <w:r w:rsidRPr="00EB6820">
        <w:rPr>
          <w:noProof/>
        </w:rPr>
        <w:lastRenderedPageBreak/>
        <w:drawing>
          <wp:inline distT="0" distB="0" distL="0" distR="0" wp14:anchorId="6E056518" wp14:editId="60043BC2">
            <wp:extent cx="438912" cy="438912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8912" cy="438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B6820">
        <w:t xml:space="preserve">   03.  DESTINATARIOS</w:t>
      </w:r>
    </w:p>
    <w:p w14:paraId="3D6C4811" w14:textId="711E6CA7" w:rsidR="00126B52" w:rsidRPr="00EB6820" w:rsidRDefault="00EB6820" w:rsidP="000B2313">
      <w:r w:rsidRPr="00EB6820">
        <w:t>Precisa</w:t>
      </w:r>
      <w:r w:rsidR="00AC3289" w:rsidRPr="00EB6820">
        <w:t xml:space="preserve"> a quién está dirigida la propuesta y, si corresponde, qué requisitos o conocimientos previos se requieren.</w:t>
      </w:r>
    </w:p>
    <w:p w14:paraId="7E1577FC" w14:textId="3C8674C1" w:rsidR="00126B52" w:rsidRPr="00EB6820" w:rsidRDefault="00AC3289" w:rsidP="000B2313">
      <w:pPr>
        <w:pStyle w:val="Ttulo2"/>
      </w:pPr>
      <w:r w:rsidRPr="00EB6820">
        <w:t xml:space="preserve">PARA TENER EN CUENTA  </w:t>
      </w:r>
    </w:p>
    <w:p w14:paraId="18A8E726" w14:textId="77777777" w:rsidR="00126B52" w:rsidRPr="00EB6820" w:rsidRDefault="00AC3289" w:rsidP="000B2313">
      <w:r w:rsidRPr="00EB6820">
        <w:t>• ¿A quién está dirigida?</w:t>
      </w:r>
    </w:p>
    <w:p w14:paraId="22B86629" w14:textId="77777777" w:rsidR="00126B52" w:rsidRPr="00EB6820" w:rsidRDefault="00AC3289" w:rsidP="000B2313">
      <w:r w:rsidRPr="00EB6820">
        <w:t>• ¿Qué perfil tienen los participantes?</w:t>
      </w:r>
    </w:p>
    <w:p w14:paraId="17340611" w14:textId="77777777" w:rsidR="00126B52" w:rsidRPr="00EB6820" w:rsidRDefault="00AC3289" w:rsidP="000B2313">
      <w:r w:rsidRPr="00EB6820">
        <w:t>• ¿Hay requisitos, cupos o conocimientos previos?</w:t>
      </w:r>
    </w:p>
    <w:p w14:paraId="41D9857B" w14:textId="77777777" w:rsidR="00126B52" w:rsidRPr="00EB6820" w:rsidRDefault="00AC3289" w:rsidP="000B2313">
      <w:r w:rsidRPr="00EB6820">
        <w:t>• ¿La actividad contempla distintos perfiles?</w:t>
      </w:r>
    </w:p>
    <w:p w14:paraId="50E28837" w14:textId="6F3B6756" w:rsidR="00126B52" w:rsidRPr="00EB6820" w:rsidRDefault="00126B52"/>
    <w:p w14:paraId="1D90793A" w14:textId="4D9BD518" w:rsidR="00126B52" w:rsidRPr="00EB6820" w:rsidRDefault="00AC3289" w:rsidP="000B2313">
      <w:pPr>
        <w:pStyle w:val="Ttulo2"/>
      </w:pPr>
      <w:r w:rsidRPr="00EB6820">
        <w:t>DES</w:t>
      </w:r>
      <w:r w:rsidR="00982457">
        <w:t>ARROLLE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126B52" w:rsidRPr="00EB6820" w14:paraId="1BD90667" w14:textId="77777777">
        <w:trPr>
          <w:jc w:val="center"/>
        </w:trPr>
        <w:tc>
          <w:tcPr>
            <w:tcW w:w="10224" w:type="dxa"/>
            <w:tcBorders>
              <w:top w:val="single" w:sz="5" w:space="0" w:color="D9CEF5"/>
              <w:left w:val="single" w:sz="5" w:space="0" w:color="D9CEF5"/>
              <w:bottom w:val="single" w:sz="5" w:space="0" w:color="D9CEF5"/>
              <w:right w:val="single" w:sz="5" w:space="0" w:color="D9CEF5"/>
            </w:tcBorders>
            <w:shd w:val="clear" w:color="auto" w:fill="F2EDFC"/>
          </w:tcPr>
          <w:p w14:paraId="4A877857" w14:textId="77777777" w:rsidR="00126B52" w:rsidRPr="00EB6820" w:rsidRDefault="00AC3289" w:rsidP="000B2313">
            <w:r w:rsidRPr="00EB6820">
              <w:t>Escribí aquí…</w:t>
            </w:r>
          </w:p>
          <w:p w14:paraId="4A208C61" w14:textId="77777777" w:rsidR="00126B52" w:rsidRPr="00EB6820" w:rsidRDefault="00AC3289" w:rsidP="000B2313">
            <w:r w:rsidRPr="00EB6820">
              <w:t xml:space="preserve"> </w:t>
            </w:r>
          </w:p>
          <w:p w14:paraId="5DB638DB" w14:textId="77777777" w:rsidR="00126B52" w:rsidRPr="00EB6820" w:rsidRDefault="00AC3289" w:rsidP="000B2313">
            <w:r w:rsidRPr="00EB6820">
              <w:t xml:space="preserve"> </w:t>
            </w:r>
          </w:p>
          <w:p w14:paraId="32B01EAC" w14:textId="77777777" w:rsidR="00126B52" w:rsidRPr="00EB6820" w:rsidRDefault="00AC3289" w:rsidP="000B2313">
            <w:r w:rsidRPr="00EB6820">
              <w:t xml:space="preserve"> </w:t>
            </w:r>
          </w:p>
          <w:p w14:paraId="299582A7" w14:textId="77777777" w:rsidR="00126B52" w:rsidRPr="00EB6820" w:rsidRDefault="00AC3289" w:rsidP="000B2313">
            <w:r w:rsidRPr="00EB6820">
              <w:t xml:space="preserve"> </w:t>
            </w:r>
          </w:p>
          <w:p w14:paraId="67C21629" w14:textId="77777777" w:rsidR="00126B52" w:rsidRPr="00EB6820" w:rsidRDefault="00AC3289" w:rsidP="000B2313">
            <w:r w:rsidRPr="00EB6820">
              <w:t xml:space="preserve"> </w:t>
            </w:r>
          </w:p>
        </w:tc>
      </w:tr>
    </w:tbl>
    <w:p w14:paraId="7F2EA864" w14:textId="3B88DB8D" w:rsidR="00126B52" w:rsidRPr="00EB6820" w:rsidRDefault="00126B52"/>
    <w:p w14:paraId="3BFF10D2" w14:textId="77777777" w:rsidR="00126B52" w:rsidRPr="00EB6820" w:rsidRDefault="00AC3289" w:rsidP="000B2313">
      <w:pPr>
        <w:pStyle w:val="Ttulo1"/>
      </w:pPr>
      <w:r w:rsidRPr="00EB6820">
        <w:rPr>
          <w:noProof/>
        </w:rPr>
        <w:drawing>
          <wp:inline distT="0" distB="0" distL="0" distR="0" wp14:anchorId="1E2FD6E4" wp14:editId="2C539BA2">
            <wp:extent cx="438912" cy="438912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8912" cy="438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B6820">
        <w:t xml:space="preserve">   04.  CONTENIDOS</w:t>
      </w:r>
    </w:p>
    <w:p w14:paraId="433511F2" w14:textId="3688AE30" w:rsidR="00126B52" w:rsidRPr="00EB6820" w:rsidRDefault="00EB6820" w:rsidP="000B2313">
      <w:r w:rsidRPr="00EB6820">
        <w:t>Enumera</w:t>
      </w:r>
      <w:r w:rsidR="00AC3289" w:rsidRPr="00EB6820">
        <w:t xml:space="preserve"> y </w:t>
      </w:r>
      <w:r w:rsidRPr="00EB6820">
        <w:t>organiza</w:t>
      </w:r>
      <w:r w:rsidR="00AC3289" w:rsidRPr="00EB6820">
        <w:t xml:space="preserve"> los contenidos que se abordarán. </w:t>
      </w:r>
      <w:r w:rsidRPr="00EB6820">
        <w:t>Podes</w:t>
      </w:r>
      <w:r w:rsidR="00AC3289" w:rsidRPr="00EB6820">
        <w:t xml:space="preserve"> agruparlos por módulos, encuentros o ejes.</w:t>
      </w:r>
    </w:p>
    <w:p w14:paraId="65FE3998" w14:textId="064D83DE" w:rsidR="00126B52" w:rsidRPr="00EB6820" w:rsidRDefault="00AC3289" w:rsidP="000B2313">
      <w:pPr>
        <w:pStyle w:val="Ttulo2"/>
      </w:pPr>
      <w:r w:rsidRPr="00EB6820">
        <w:t xml:space="preserve">PARA TENER EN CUENTA  </w:t>
      </w:r>
    </w:p>
    <w:p w14:paraId="64F45D66" w14:textId="77777777" w:rsidR="00126B52" w:rsidRPr="00EB6820" w:rsidRDefault="00AC3289" w:rsidP="000B2313">
      <w:r w:rsidRPr="00EB6820">
        <w:t>• ¿Qué temas se abordarán?</w:t>
      </w:r>
    </w:p>
    <w:p w14:paraId="0DB00273" w14:textId="77777777" w:rsidR="00126B52" w:rsidRPr="00EB6820" w:rsidRDefault="00AC3289" w:rsidP="000B2313">
      <w:r w:rsidRPr="00EB6820">
        <w:t>• ¿Cómo se ordenan los contenidos?</w:t>
      </w:r>
    </w:p>
    <w:p w14:paraId="345ABAF0" w14:textId="77777777" w:rsidR="00126B52" w:rsidRPr="00EB6820" w:rsidRDefault="00AC3289" w:rsidP="000B2313">
      <w:r w:rsidRPr="00EB6820">
        <w:t>• ¿Qué profundidad tendrá cada eje?</w:t>
      </w:r>
    </w:p>
    <w:p w14:paraId="17C255C4" w14:textId="77777777" w:rsidR="00126B52" w:rsidRPr="00EB6820" w:rsidRDefault="00AC3289" w:rsidP="000B2313">
      <w:r w:rsidRPr="00EB6820">
        <w:t>• ¿Hay materiales o recursos que acompañen los contenidos?</w:t>
      </w:r>
    </w:p>
    <w:p w14:paraId="15610C1C" w14:textId="10035814" w:rsidR="00126B52" w:rsidRPr="00EB6820" w:rsidRDefault="00126B52"/>
    <w:p w14:paraId="471A41B9" w14:textId="4D573260" w:rsidR="00126B52" w:rsidRPr="00EB6820" w:rsidRDefault="00301C40" w:rsidP="000B2313">
      <w:pPr>
        <w:pStyle w:val="Ttulo2"/>
      </w:pPr>
      <w:r>
        <w:t>DESARROL</w:t>
      </w:r>
      <w:r w:rsidR="002B3EED">
        <w:t>L</w:t>
      </w:r>
      <w:r w:rsidR="006D52C3">
        <w:t>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126B52" w:rsidRPr="00EB6820" w14:paraId="7D6976F1" w14:textId="77777777">
        <w:trPr>
          <w:jc w:val="center"/>
        </w:trPr>
        <w:tc>
          <w:tcPr>
            <w:tcW w:w="10224" w:type="dxa"/>
            <w:tcBorders>
              <w:top w:val="single" w:sz="5" w:space="0" w:color="D9CEF5"/>
              <w:left w:val="single" w:sz="5" w:space="0" w:color="D9CEF5"/>
              <w:bottom w:val="single" w:sz="5" w:space="0" w:color="D9CEF5"/>
              <w:right w:val="single" w:sz="5" w:space="0" w:color="D9CEF5"/>
            </w:tcBorders>
            <w:shd w:val="clear" w:color="auto" w:fill="F2EDFC"/>
          </w:tcPr>
          <w:p w14:paraId="55582ED9" w14:textId="77777777" w:rsidR="00126B52" w:rsidRPr="00EB6820" w:rsidRDefault="00AC3289" w:rsidP="000B2313">
            <w:r w:rsidRPr="00EB6820">
              <w:t>Escribí aquí…</w:t>
            </w:r>
          </w:p>
          <w:p w14:paraId="330A101A" w14:textId="77777777" w:rsidR="00126B52" w:rsidRPr="00EB6820" w:rsidRDefault="00AC3289" w:rsidP="000B2313">
            <w:r w:rsidRPr="00EB6820">
              <w:lastRenderedPageBreak/>
              <w:t xml:space="preserve"> </w:t>
            </w:r>
          </w:p>
          <w:p w14:paraId="2418840C" w14:textId="77777777" w:rsidR="00126B52" w:rsidRPr="00EB6820" w:rsidRDefault="00AC3289" w:rsidP="000B2313">
            <w:r w:rsidRPr="00EB6820">
              <w:t xml:space="preserve"> </w:t>
            </w:r>
          </w:p>
          <w:p w14:paraId="5B8E8897" w14:textId="77777777" w:rsidR="00126B52" w:rsidRPr="00EB6820" w:rsidRDefault="00AC3289" w:rsidP="000B2313">
            <w:r w:rsidRPr="00EB6820">
              <w:t xml:space="preserve"> </w:t>
            </w:r>
          </w:p>
          <w:p w14:paraId="061AE698" w14:textId="77777777" w:rsidR="00126B52" w:rsidRPr="00EB6820" w:rsidRDefault="00AC3289" w:rsidP="000B2313">
            <w:r w:rsidRPr="00EB6820">
              <w:t xml:space="preserve"> </w:t>
            </w:r>
          </w:p>
          <w:p w14:paraId="510D119C" w14:textId="77777777" w:rsidR="00126B52" w:rsidRPr="00EB6820" w:rsidRDefault="00AC3289" w:rsidP="000B2313">
            <w:r w:rsidRPr="00EB6820">
              <w:t xml:space="preserve"> </w:t>
            </w:r>
          </w:p>
        </w:tc>
      </w:tr>
    </w:tbl>
    <w:p w14:paraId="4CC7F3BC" w14:textId="77777777" w:rsidR="00B147C4" w:rsidRPr="00EB6820" w:rsidRDefault="00B147C4"/>
    <w:p w14:paraId="7239138F" w14:textId="77777777" w:rsidR="00126B52" w:rsidRPr="00EB6820" w:rsidRDefault="00AC3289">
      <w:r w:rsidRPr="00EB6820">
        <w:rPr>
          <w:noProof/>
        </w:rPr>
        <w:drawing>
          <wp:inline distT="0" distB="0" distL="0" distR="0" wp14:anchorId="6487674C" wp14:editId="3992BA0F">
            <wp:extent cx="438912" cy="438912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5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8912" cy="438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B6820">
        <w:t xml:space="preserve">   </w:t>
      </w:r>
      <w:r w:rsidRPr="00EB6820">
        <w:rPr>
          <w:rStyle w:val="Ttulo1Car"/>
        </w:rPr>
        <w:t>05.  MODALIDAD Y DINÁMICA</w:t>
      </w:r>
    </w:p>
    <w:p w14:paraId="12B03B28" w14:textId="77777777" w:rsidR="00126B52" w:rsidRPr="00EB6820" w:rsidRDefault="00AC3289" w:rsidP="000B2313">
      <w:r w:rsidRPr="00EB6820">
        <w:t>Describí cómo se desarrollará la propuesta y qué dinámica tendrá cada instancia.</w:t>
      </w:r>
    </w:p>
    <w:p w14:paraId="0DDA17B8" w14:textId="5E4F5993" w:rsidR="00126B52" w:rsidRPr="00EB6820" w:rsidRDefault="00AC3289" w:rsidP="000B2313">
      <w:pPr>
        <w:pStyle w:val="Ttulo2"/>
      </w:pPr>
      <w:r w:rsidRPr="00EB6820">
        <w:t xml:space="preserve">PARA TENER EN CUENTA  </w:t>
      </w:r>
    </w:p>
    <w:p w14:paraId="02CCAB70" w14:textId="77777777" w:rsidR="00126B52" w:rsidRPr="00EB6820" w:rsidRDefault="00AC3289" w:rsidP="000B2313">
      <w:r w:rsidRPr="00EB6820">
        <w:t>• Presencial, virtual o híbrida.</w:t>
      </w:r>
    </w:p>
    <w:p w14:paraId="00D9A702" w14:textId="77777777" w:rsidR="00126B52" w:rsidRPr="00EB6820" w:rsidRDefault="00AC3289" w:rsidP="000B2313">
      <w:r w:rsidRPr="00EB6820">
        <w:t>• Exposición, taller, práctica, conversatorio, recorrido u otra modalidad.</w:t>
      </w:r>
    </w:p>
    <w:p w14:paraId="38E89780" w14:textId="77777777" w:rsidR="00126B52" w:rsidRPr="00EB6820" w:rsidRDefault="00AC3289" w:rsidP="000B2313">
      <w:r w:rsidRPr="00EB6820">
        <w:t>• Cantidad de participantes por grupo, si corresponde.</w:t>
      </w:r>
    </w:p>
    <w:p w14:paraId="4E08D492" w14:textId="77777777" w:rsidR="00126B52" w:rsidRPr="00EB6820" w:rsidRDefault="00AC3289" w:rsidP="000B2313">
      <w:r w:rsidRPr="00EB6820">
        <w:t>• Dinámica de trabajo e interacción.</w:t>
      </w:r>
    </w:p>
    <w:p w14:paraId="43CFD249" w14:textId="6AAC6E1B" w:rsidR="00126B52" w:rsidRPr="00EB6820" w:rsidRDefault="00126B52"/>
    <w:p w14:paraId="16C30DEB" w14:textId="11296949" w:rsidR="00126B52" w:rsidRPr="00EB6820" w:rsidRDefault="00996DC7" w:rsidP="000B2313">
      <w:pPr>
        <w:pStyle w:val="Ttulo2"/>
      </w:pPr>
      <w:r>
        <w:t>DESA</w:t>
      </w:r>
      <w:r w:rsidR="00A553BE">
        <w:t>R</w:t>
      </w:r>
      <w:r w:rsidR="00861198">
        <w:t>ROLLE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126B52" w:rsidRPr="00EB6820" w14:paraId="1DF52591" w14:textId="77777777">
        <w:trPr>
          <w:jc w:val="center"/>
        </w:trPr>
        <w:tc>
          <w:tcPr>
            <w:tcW w:w="10224" w:type="dxa"/>
            <w:tcBorders>
              <w:top w:val="single" w:sz="5" w:space="0" w:color="D9CEF5"/>
              <w:left w:val="single" w:sz="5" w:space="0" w:color="D9CEF5"/>
              <w:bottom w:val="single" w:sz="5" w:space="0" w:color="D9CEF5"/>
              <w:right w:val="single" w:sz="5" w:space="0" w:color="D9CEF5"/>
            </w:tcBorders>
            <w:shd w:val="clear" w:color="auto" w:fill="F2EDFC"/>
          </w:tcPr>
          <w:p w14:paraId="53F9AA37" w14:textId="77777777" w:rsidR="00126B52" w:rsidRPr="00EB6820" w:rsidRDefault="00AC3289" w:rsidP="000B2313">
            <w:r w:rsidRPr="00EB6820">
              <w:t>Escribí aquí…</w:t>
            </w:r>
          </w:p>
          <w:p w14:paraId="2C03E283" w14:textId="77777777" w:rsidR="00126B52" w:rsidRPr="00EB6820" w:rsidRDefault="00AC3289" w:rsidP="000B2313">
            <w:r w:rsidRPr="00EB6820">
              <w:t xml:space="preserve"> </w:t>
            </w:r>
          </w:p>
          <w:p w14:paraId="2C158FF6" w14:textId="77777777" w:rsidR="00126B52" w:rsidRPr="00EB6820" w:rsidRDefault="00AC3289" w:rsidP="000B2313">
            <w:r w:rsidRPr="00EB6820">
              <w:t xml:space="preserve"> </w:t>
            </w:r>
          </w:p>
          <w:p w14:paraId="52409813" w14:textId="77777777" w:rsidR="00126B52" w:rsidRPr="00EB6820" w:rsidRDefault="00AC3289" w:rsidP="000B2313">
            <w:r w:rsidRPr="00EB6820">
              <w:t xml:space="preserve"> </w:t>
            </w:r>
          </w:p>
          <w:p w14:paraId="1316E43A" w14:textId="77777777" w:rsidR="00126B52" w:rsidRPr="00EB6820" w:rsidRDefault="00AC3289" w:rsidP="000B2313">
            <w:r w:rsidRPr="00EB6820">
              <w:t xml:space="preserve"> </w:t>
            </w:r>
          </w:p>
          <w:p w14:paraId="703E37F2" w14:textId="77777777" w:rsidR="00126B52" w:rsidRPr="00EB6820" w:rsidRDefault="00AC3289" w:rsidP="000B2313">
            <w:r w:rsidRPr="00EB6820">
              <w:t xml:space="preserve"> </w:t>
            </w:r>
          </w:p>
        </w:tc>
      </w:tr>
    </w:tbl>
    <w:p w14:paraId="5763BB7F" w14:textId="3CC86FCE" w:rsidR="00126B52" w:rsidRPr="00EB6820" w:rsidRDefault="00126B52"/>
    <w:p w14:paraId="281CE4AF" w14:textId="77777777" w:rsidR="00126B52" w:rsidRPr="00EB6820" w:rsidRDefault="00AC3289" w:rsidP="000B2313">
      <w:pPr>
        <w:pStyle w:val="Ttulo1"/>
      </w:pPr>
      <w:r w:rsidRPr="00EB6820">
        <w:rPr>
          <w:noProof/>
        </w:rPr>
        <w:drawing>
          <wp:inline distT="0" distB="0" distL="0" distR="0" wp14:anchorId="4B7AFD7F" wp14:editId="485BCD60">
            <wp:extent cx="438912" cy="438912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8912" cy="438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B6820">
        <w:t xml:space="preserve">   06.  DURACIÓN Y CRONOGRAMA</w:t>
      </w:r>
    </w:p>
    <w:p w14:paraId="777DD67A" w14:textId="77777777" w:rsidR="00126B52" w:rsidRPr="00EB6820" w:rsidRDefault="00AC3289" w:rsidP="000B2313">
      <w:r w:rsidRPr="00EB6820">
        <w:t>Definí la duración total y el cronograma tentativo de la actividad.</w:t>
      </w:r>
    </w:p>
    <w:p w14:paraId="3199FC69" w14:textId="7DD9B6D9" w:rsidR="00126B52" w:rsidRPr="00EB6820" w:rsidRDefault="00AC3289" w:rsidP="000B2313">
      <w:pPr>
        <w:pStyle w:val="Ttulo2"/>
      </w:pPr>
      <w:r w:rsidRPr="00EB6820">
        <w:t xml:space="preserve">PARA TENER EN CUENTA  </w:t>
      </w:r>
    </w:p>
    <w:p w14:paraId="7B7505CF" w14:textId="77777777" w:rsidR="00126B52" w:rsidRPr="00EB6820" w:rsidRDefault="00AC3289" w:rsidP="000B2313">
      <w:r w:rsidRPr="00EB6820">
        <w:t>• Cantidad de encuentros o etapas.</w:t>
      </w:r>
    </w:p>
    <w:p w14:paraId="536CC2D8" w14:textId="77777777" w:rsidR="00126B52" w:rsidRPr="00EB6820" w:rsidRDefault="00AC3289" w:rsidP="000B2313">
      <w:r w:rsidRPr="00EB6820">
        <w:lastRenderedPageBreak/>
        <w:t>• Duración de cada instancia.</w:t>
      </w:r>
    </w:p>
    <w:p w14:paraId="0E7BC0D9" w14:textId="77777777" w:rsidR="00126B52" w:rsidRPr="00EB6820" w:rsidRDefault="00AC3289" w:rsidP="000B2313">
      <w:r w:rsidRPr="00EB6820">
        <w:t>• Fechas tentativas.</w:t>
      </w:r>
    </w:p>
    <w:p w14:paraId="3CA1F948" w14:textId="77777777" w:rsidR="00126B52" w:rsidRPr="00EB6820" w:rsidRDefault="00AC3289" w:rsidP="000B2313">
      <w:r w:rsidRPr="00EB6820">
        <w:t>• Horarios.</w:t>
      </w:r>
    </w:p>
    <w:p w14:paraId="2CE51EB1" w14:textId="77777777" w:rsidR="00126B52" w:rsidRPr="00EB6820" w:rsidRDefault="00AC3289" w:rsidP="000B2313">
      <w:r w:rsidRPr="00EB6820">
        <w:t>• Hitos o momentos relevantes.</w:t>
      </w:r>
    </w:p>
    <w:p w14:paraId="6CD7367A" w14:textId="47A4C638" w:rsidR="00126B52" w:rsidRPr="00EB6820" w:rsidRDefault="00126B52"/>
    <w:p w14:paraId="1751DFC8" w14:textId="4BFBB235" w:rsidR="00126B52" w:rsidRPr="00EB6820" w:rsidRDefault="00C465E4" w:rsidP="000B2313">
      <w:pPr>
        <w:pStyle w:val="Ttulo2"/>
      </w:pPr>
      <w:r>
        <w:t>DESARROLLE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126B52" w:rsidRPr="00EB6820" w14:paraId="5DA9B5AD" w14:textId="77777777">
        <w:trPr>
          <w:jc w:val="center"/>
        </w:trPr>
        <w:tc>
          <w:tcPr>
            <w:tcW w:w="10224" w:type="dxa"/>
            <w:tcBorders>
              <w:top w:val="single" w:sz="5" w:space="0" w:color="D9CEF5"/>
              <w:left w:val="single" w:sz="5" w:space="0" w:color="D9CEF5"/>
              <w:bottom w:val="single" w:sz="5" w:space="0" w:color="D9CEF5"/>
              <w:right w:val="single" w:sz="5" w:space="0" w:color="D9CEF5"/>
            </w:tcBorders>
            <w:shd w:val="clear" w:color="auto" w:fill="F2EDFC"/>
          </w:tcPr>
          <w:p w14:paraId="3B02C011" w14:textId="77777777" w:rsidR="00126B52" w:rsidRPr="00EB6820" w:rsidRDefault="00AC3289" w:rsidP="000B2313">
            <w:r w:rsidRPr="00EB6820">
              <w:t>Escribí aquí…</w:t>
            </w:r>
          </w:p>
          <w:p w14:paraId="738F1FCB" w14:textId="77777777" w:rsidR="00126B52" w:rsidRPr="00EB6820" w:rsidRDefault="00AC3289" w:rsidP="000B2313">
            <w:r w:rsidRPr="00EB6820">
              <w:t xml:space="preserve"> </w:t>
            </w:r>
          </w:p>
          <w:p w14:paraId="54C3A3DC" w14:textId="77777777" w:rsidR="00126B52" w:rsidRPr="00EB6820" w:rsidRDefault="00AC3289" w:rsidP="000B2313">
            <w:r w:rsidRPr="00EB6820">
              <w:t xml:space="preserve"> </w:t>
            </w:r>
          </w:p>
          <w:p w14:paraId="70720529" w14:textId="77777777" w:rsidR="00126B52" w:rsidRPr="00EB6820" w:rsidRDefault="00AC3289" w:rsidP="000B2313">
            <w:r w:rsidRPr="00EB6820">
              <w:t xml:space="preserve"> </w:t>
            </w:r>
          </w:p>
          <w:p w14:paraId="613CF8B8" w14:textId="77777777" w:rsidR="00126B52" w:rsidRPr="00EB6820" w:rsidRDefault="00AC3289" w:rsidP="000B2313">
            <w:r w:rsidRPr="00EB6820">
              <w:t xml:space="preserve"> </w:t>
            </w:r>
          </w:p>
          <w:p w14:paraId="7B1E8A39" w14:textId="77777777" w:rsidR="00126B52" w:rsidRPr="00EB6820" w:rsidRDefault="00AC3289" w:rsidP="000B2313">
            <w:r w:rsidRPr="00EB6820">
              <w:t xml:space="preserve"> </w:t>
            </w:r>
          </w:p>
        </w:tc>
      </w:tr>
    </w:tbl>
    <w:p w14:paraId="26BF6B99" w14:textId="77777777" w:rsidR="00126B52" w:rsidRPr="00EB6820" w:rsidRDefault="00AC3289" w:rsidP="000B2313">
      <w:pPr>
        <w:pStyle w:val="Ttulo1"/>
      </w:pPr>
      <w:r w:rsidRPr="00EB6820">
        <w:rPr>
          <w:noProof/>
        </w:rPr>
        <w:drawing>
          <wp:inline distT="0" distB="0" distL="0" distR="0" wp14:anchorId="642388F8" wp14:editId="424A869C">
            <wp:extent cx="438912" cy="438912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7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8912" cy="438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B6820">
        <w:t xml:space="preserve">   07.  EQUIPO RESPONSABLE</w:t>
      </w:r>
    </w:p>
    <w:p w14:paraId="188F95F1" w14:textId="77E1C5CA" w:rsidR="00126B52" w:rsidRPr="00EB6820" w:rsidRDefault="00EB6820" w:rsidP="000B2313">
      <w:r w:rsidRPr="00EB6820">
        <w:t>Identifica</w:t>
      </w:r>
      <w:r w:rsidR="00AC3289" w:rsidRPr="00EB6820">
        <w:t xml:space="preserve"> las personas, áreas o instituciones que participarán de la organización y/o dictado.</w:t>
      </w:r>
    </w:p>
    <w:p w14:paraId="5777EB5B" w14:textId="17553913" w:rsidR="00126B52" w:rsidRPr="00EB6820" w:rsidRDefault="00AC3289" w:rsidP="000B2313">
      <w:pPr>
        <w:pStyle w:val="Ttulo2"/>
      </w:pPr>
      <w:r w:rsidRPr="00EB6820">
        <w:t xml:space="preserve">PARA TENER EN CUENTA  </w:t>
      </w:r>
    </w:p>
    <w:p w14:paraId="2E8CF3BA" w14:textId="77777777" w:rsidR="00126B52" w:rsidRPr="00EB6820" w:rsidRDefault="00AC3289" w:rsidP="000B2313">
      <w:r w:rsidRPr="00EB6820">
        <w:t>• Responsable/s de la propuesta.</w:t>
      </w:r>
    </w:p>
    <w:p w14:paraId="706EEF19" w14:textId="77777777" w:rsidR="00126B52" w:rsidRPr="00EB6820" w:rsidRDefault="00AC3289" w:rsidP="000B2313">
      <w:r w:rsidRPr="00EB6820">
        <w:t>• Disertantes o coordinadores.</w:t>
      </w:r>
    </w:p>
    <w:p w14:paraId="6AD78BB0" w14:textId="29929AD8" w:rsidR="00126B52" w:rsidRPr="00EB6820" w:rsidRDefault="00AC3289" w:rsidP="000B2313">
      <w:r w:rsidRPr="00EB6820">
        <w:t xml:space="preserve">• </w:t>
      </w:r>
      <w:r w:rsidR="001353C8">
        <w:t>A</w:t>
      </w:r>
      <w:r w:rsidRPr="00EB6820">
        <w:t>reas involucradas</w:t>
      </w:r>
      <w:r w:rsidR="00A9021A">
        <w:t>, eq</w:t>
      </w:r>
      <w:r w:rsidR="00ED07E6">
        <w:t>uipo responsable</w:t>
      </w:r>
      <w:r w:rsidR="00DB1AE0">
        <w:t xml:space="preserve">, roles y </w:t>
      </w:r>
      <w:r w:rsidR="00004AD8">
        <w:t>participación</w:t>
      </w:r>
      <w:r w:rsidR="00984764">
        <w:t>.</w:t>
      </w:r>
    </w:p>
    <w:p w14:paraId="6A16D7A5" w14:textId="77777777" w:rsidR="00126B52" w:rsidRPr="00EB6820" w:rsidRDefault="00AC3289" w:rsidP="000B2313">
      <w:r w:rsidRPr="00EB6820">
        <w:t>• Instituciones, profesionales o colaboradores externos.</w:t>
      </w:r>
    </w:p>
    <w:p w14:paraId="095BC6C3" w14:textId="0BAB32C8" w:rsidR="00126B52" w:rsidRPr="00EB6820" w:rsidRDefault="00126B52"/>
    <w:p w14:paraId="20E4D6F2" w14:textId="4E5B34DE" w:rsidR="00126B52" w:rsidRPr="00EB6820" w:rsidRDefault="00B01B0A" w:rsidP="000B2313">
      <w:pPr>
        <w:pStyle w:val="Ttulo2"/>
      </w:pPr>
      <w:r>
        <w:t>DESARR</w:t>
      </w:r>
      <w:r w:rsidR="00BF4B72">
        <w:t>OLLE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126B52" w:rsidRPr="00EB6820" w14:paraId="1BD68F62" w14:textId="77777777">
        <w:trPr>
          <w:jc w:val="center"/>
        </w:trPr>
        <w:tc>
          <w:tcPr>
            <w:tcW w:w="10224" w:type="dxa"/>
            <w:tcBorders>
              <w:top w:val="single" w:sz="5" w:space="0" w:color="D9CEF5"/>
              <w:left w:val="single" w:sz="5" w:space="0" w:color="D9CEF5"/>
              <w:bottom w:val="single" w:sz="5" w:space="0" w:color="D9CEF5"/>
              <w:right w:val="single" w:sz="5" w:space="0" w:color="D9CEF5"/>
            </w:tcBorders>
            <w:shd w:val="clear" w:color="auto" w:fill="F2EDFC"/>
          </w:tcPr>
          <w:p w14:paraId="0616CCEC" w14:textId="77777777" w:rsidR="00126B52" w:rsidRPr="00EB6820" w:rsidRDefault="00AC3289" w:rsidP="000B2313">
            <w:r w:rsidRPr="00EB6820">
              <w:t>Escribí aquí…</w:t>
            </w:r>
          </w:p>
          <w:p w14:paraId="33C02665" w14:textId="77777777" w:rsidR="00126B52" w:rsidRPr="00EB6820" w:rsidRDefault="00AC3289" w:rsidP="000B2313">
            <w:r w:rsidRPr="00EB6820">
              <w:t xml:space="preserve"> </w:t>
            </w:r>
          </w:p>
          <w:p w14:paraId="6D8DAE0E" w14:textId="77777777" w:rsidR="00126B52" w:rsidRPr="00EB6820" w:rsidRDefault="00AC3289" w:rsidP="000B2313">
            <w:r w:rsidRPr="00EB6820">
              <w:t xml:space="preserve"> </w:t>
            </w:r>
          </w:p>
          <w:p w14:paraId="6F5B4638" w14:textId="77777777" w:rsidR="00126B52" w:rsidRPr="00EB6820" w:rsidRDefault="00AC3289" w:rsidP="000B2313">
            <w:r w:rsidRPr="00EB6820">
              <w:t xml:space="preserve"> </w:t>
            </w:r>
          </w:p>
          <w:p w14:paraId="1BA1CB35" w14:textId="77777777" w:rsidR="00126B52" w:rsidRPr="00EB6820" w:rsidRDefault="00AC3289" w:rsidP="000B2313">
            <w:r w:rsidRPr="00EB6820">
              <w:t xml:space="preserve"> </w:t>
            </w:r>
          </w:p>
          <w:p w14:paraId="28FD6348" w14:textId="77777777" w:rsidR="00126B52" w:rsidRPr="00EB6820" w:rsidRDefault="00AC3289" w:rsidP="000B2313">
            <w:r w:rsidRPr="00EB6820">
              <w:t xml:space="preserve"> </w:t>
            </w:r>
          </w:p>
        </w:tc>
      </w:tr>
    </w:tbl>
    <w:p w14:paraId="0FE393BE" w14:textId="77777777" w:rsidR="00126B52" w:rsidRPr="00EB6820" w:rsidRDefault="00AC3289" w:rsidP="000B2313">
      <w:pPr>
        <w:pStyle w:val="Ttulo1"/>
      </w:pPr>
      <w:r w:rsidRPr="00EB6820">
        <w:rPr>
          <w:noProof/>
        </w:rPr>
        <w:lastRenderedPageBreak/>
        <w:drawing>
          <wp:inline distT="0" distB="0" distL="0" distR="0" wp14:anchorId="06109775" wp14:editId="458F152E">
            <wp:extent cx="438912" cy="438912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8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8912" cy="438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B6820">
        <w:t xml:space="preserve">   08.  RECURSOS Y NECESIDADES</w:t>
      </w:r>
    </w:p>
    <w:p w14:paraId="28A7A988" w14:textId="2CB4ADEF" w:rsidR="00126B52" w:rsidRPr="00EB6820" w:rsidRDefault="00EB6820" w:rsidP="000B2313">
      <w:r w:rsidRPr="00EB6820">
        <w:t>Detalle</w:t>
      </w:r>
      <w:r w:rsidR="00AC3289" w:rsidRPr="00EB6820">
        <w:t xml:space="preserve"> los recursos necesarios para llevar adelante la propuesta.</w:t>
      </w:r>
    </w:p>
    <w:p w14:paraId="431F8F85" w14:textId="41C7E50B" w:rsidR="00126B52" w:rsidRPr="00EB6820" w:rsidRDefault="00AC3289" w:rsidP="000B2313">
      <w:pPr>
        <w:pStyle w:val="Ttulo2"/>
      </w:pPr>
      <w:r w:rsidRPr="00EB6820">
        <w:t xml:space="preserve">PARA TENER EN CUENTA  </w:t>
      </w:r>
    </w:p>
    <w:p w14:paraId="2CD1A773" w14:textId="77777777" w:rsidR="00126B52" w:rsidRPr="00EB6820" w:rsidRDefault="00AC3289" w:rsidP="000B2313">
      <w:r w:rsidRPr="00EB6820">
        <w:t>• Espacio físico o plataforma.</w:t>
      </w:r>
    </w:p>
    <w:p w14:paraId="0211C138" w14:textId="77777777" w:rsidR="00126B52" w:rsidRPr="00EB6820" w:rsidRDefault="00AC3289" w:rsidP="000B2313">
      <w:r w:rsidRPr="00EB6820">
        <w:t>• Equipamiento técnico.</w:t>
      </w:r>
    </w:p>
    <w:p w14:paraId="7E2E3E08" w14:textId="77777777" w:rsidR="00126B52" w:rsidRPr="00EB6820" w:rsidRDefault="00AC3289" w:rsidP="000B2313">
      <w:r w:rsidRPr="00EB6820">
        <w:t>• Materiales.</w:t>
      </w:r>
    </w:p>
    <w:p w14:paraId="4F0EBE0E" w14:textId="73CEDA92" w:rsidR="00126B52" w:rsidRPr="00EB6820" w:rsidRDefault="00AC3289" w:rsidP="000B2313">
      <w:r w:rsidRPr="00EB6820">
        <w:t>• Recursos humanos</w:t>
      </w:r>
      <w:r w:rsidR="001C2765">
        <w:t xml:space="preserve"> y</w:t>
      </w:r>
      <w:r w:rsidR="004F7B3A">
        <w:t xml:space="preserve"> necesidades operat</w:t>
      </w:r>
      <w:r w:rsidR="001C7C59">
        <w:t>ivas.</w:t>
      </w:r>
    </w:p>
    <w:p w14:paraId="039E0751" w14:textId="77777777" w:rsidR="00126B52" w:rsidRPr="00EB6820" w:rsidRDefault="00AC3289" w:rsidP="000B2313">
      <w:r w:rsidRPr="00EB6820">
        <w:t>• Necesidades de inscripción, acreditación u organización.</w:t>
      </w:r>
    </w:p>
    <w:p w14:paraId="608B54F0" w14:textId="630BBBFC" w:rsidR="00126B52" w:rsidRPr="00EB6820" w:rsidRDefault="00126B52"/>
    <w:p w14:paraId="5C4662F6" w14:textId="77777777" w:rsidR="00126B52" w:rsidRPr="00EB6820" w:rsidRDefault="00AC3289" w:rsidP="000B2313">
      <w:pPr>
        <w:pStyle w:val="Ttulo2"/>
      </w:pPr>
      <w:r w:rsidRPr="00EB6820">
        <w:t>RECURSOS NECESARIOS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126B52" w:rsidRPr="00EB6820" w14:paraId="4BD5F3AD" w14:textId="77777777">
        <w:trPr>
          <w:jc w:val="center"/>
        </w:trPr>
        <w:tc>
          <w:tcPr>
            <w:tcW w:w="10224" w:type="dxa"/>
            <w:tcBorders>
              <w:top w:val="single" w:sz="5" w:space="0" w:color="D9CEF5"/>
              <w:left w:val="single" w:sz="5" w:space="0" w:color="D9CEF5"/>
              <w:bottom w:val="single" w:sz="5" w:space="0" w:color="D9CEF5"/>
              <w:right w:val="single" w:sz="5" w:space="0" w:color="D9CEF5"/>
            </w:tcBorders>
            <w:shd w:val="clear" w:color="auto" w:fill="F2EDFC"/>
          </w:tcPr>
          <w:p w14:paraId="134F672A" w14:textId="77777777" w:rsidR="00126B52" w:rsidRPr="00EB6820" w:rsidRDefault="00AC3289" w:rsidP="000B2313">
            <w:r w:rsidRPr="00EB6820">
              <w:t>Escribí aquí…</w:t>
            </w:r>
          </w:p>
          <w:p w14:paraId="68356A08" w14:textId="77777777" w:rsidR="00126B52" w:rsidRPr="00EB6820" w:rsidRDefault="00AC3289" w:rsidP="000B2313">
            <w:r w:rsidRPr="00EB6820">
              <w:t xml:space="preserve"> </w:t>
            </w:r>
          </w:p>
          <w:p w14:paraId="6431A273" w14:textId="77777777" w:rsidR="00126B52" w:rsidRPr="00EB6820" w:rsidRDefault="00AC3289" w:rsidP="000B2313">
            <w:r w:rsidRPr="00EB6820">
              <w:t xml:space="preserve"> </w:t>
            </w:r>
          </w:p>
          <w:p w14:paraId="5F32050B" w14:textId="77777777" w:rsidR="00126B52" w:rsidRPr="00EB6820" w:rsidRDefault="00AC3289" w:rsidP="000B2313">
            <w:r w:rsidRPr="00EB6820">
              <w:t xml:space="preserve"> </w:t>
            </w:r>
          </w:p>
          <w:p w14:paraId="1CF86D16" w14:textId="77777777" w:rsidR="00126B52" w:rsidRPr="00EB6820" w:rsidRDefault="00AC3289" w:rsidP="000B2313">
            <w:r w:rsidRPr="00EB6820">
              <w:t xml:space="preserve"> </w:t>
            </w:r>
          </w:p>
          <w:p w14:paraId="017DA2AA" w14:textId="77777777" w:rsidR="00126B52" w:rsidRPr="00EB6820" w:rsidRDefault="00AC3289">
            <w:r w:rsidRPr="00EB6820">
              <w:t xml:space="preserve"> </w:t>
            </w:r>
          </w:p>
        </w:tc>
      </w:tr>
    </w:tbl>
    <w:p w14:paraId="5DBC9C5B" w14:textId="77777777" w:rsidR="00126B52" w:rsidRPr="00EB6820" w:rsidRDefault="00AC3289" w:rsidP="000B2313">
      <w:pPr>
        <w:pStyle w:val="Ttulo1"/>
      </w:pPr>
      <w:r w:rsidRPr="00EB6820">
        <w:rPr>
          <w:noProof/>
        </w:rPr>
        <w:drawing>
          <wp:inline distT="0" distB="0" distL="0" distR="0" wp14:anchorId="61A641A2" wp14:editId="4230DDC3">
            <wp:extent cx="438912" cy="438912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9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8912" cy="438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B6820">
        <w:t xml:space="preserve">   09.  COMUNICACIÓN Y DIFUSIÓN</w:t>
      </w:r>
    </w:p>
    <w:p w14:paraId="27C7290D" w14:textId="77777777" w:rsidR="00126B52" w:rsidRPr="00EB6820" w:rsidRDefault="00AC3289" w:rsidP="000B2313">
      <w:r w:rsidRPr="00EB6820">
        <w:t>Describí cómo se comunicará la actividad y a través de qué canales.</w:t>
      </w:r>
    </w:p>
    <w:p w14:paraId="1E7E90F8" w14:textId="5437AA95" w:rsidR="00126B52" w:rsidRPr="00EB6820" w:rsidRDefault="00AC3289" w:rsidP="000B2313">
      <w:pPr>
        <w:pStyle w:val="Ttulo2"/>
      </w:pPr>
      <w:r w:rsidRPr="00EB6820">
        <w:t xml:space="preserve">PARA TENER EN CUENTA  </w:t>
      </w:r>
    </w:p>
    <w:p w14:paraId="788C4B3D" w14:textId="77777777" w:rsidR="00126B52" w:rsidRPr="00EB6820" w:rsidRDefault="00AC3289" w:rsidP="000B2313">
      <w:r w:rsidRPr="00EB6820">
        <w:t>• Público al que se dirigirá la comunicación.</w:t>
      </w:r>
    </w:p>
    <w:p w14:paraId="392F5880" w14:textId="77777777" w:rsidR="00126B52" w:rsidRPr="00EB6820" w:rsidRDefault="00AC3289" w:rsidP="000B2313">
      <w:r w:rsidRPr="00EB6820">
        <w:t>• Canales: redes, mail, web, WhatsApp, medios, etc.</w:t>
      </w:r>
    </w:p>
    <w:p w14:paraId="6862EB35" w14:textId="77777777" w:rsidR="00126B52" w:rsidRPr="00EB6820" w:rsidRDefault="00AC3289" w:rsidP="000B2313">
      <w:r w:rsidRPr="00EB6820">
        <w:t>• Piezas o materiales necesarios.</w:t>
      </w:r>
    </w:p>
    <w:p w14:paraId="35E63FC0" w14:textId="7CD420F8" w:rsidR="00126B52" w:rsidRPr="00EB6820" w:rsidRDefault="00AC3289" w:rsidP="000B2313">
      <w:r w:rsidRPr="00EB6820">
        <w:t xml:space="preserve">• </w:t>
      </w:r>
      <w:r w:rsidR="0003478D">
        <w:t>C</w:t>
      </w:r>
      <w:r w:rsidR="004060E6">
        <w:t>anales y acc</w:t>
      </w:r>
      <w:r w:rsidR="009E1942">
        <w:t>iones.</w:t>
      </w:r>
    </w:p>
    <w:p w14:paraId="5D286704" w14:textId="77777777" w:rsidR="00126B52" w:rsidRPr="00EB6820" w:rsidRDefault="00AC3289" w:rsidP="000B2313">
      <w:r w:rsidRPr="00EB6820">
        <w:t>• Cronograma de comunicación.</w:t>
      </w:r>
    </w:p>
    <w:p w14:paraId="7204DC1E" w14:textId="610973D8" w:rsidR="00126B52" w:rsidRPr="00EB6820" w:rsidRDefault="00126B52"/>
    <w:p w14:paraId="3F7D58AB" w14:textId="570F5276" w:rsidR="00126B52" w:rsidRPr="00EB6820" w:rsidRDefault="00386F3B" w:rsidP="000B2313">
      <w:pPr>
        <w:pStyle w:val="Ttulo2"/>
      </w:pPr>
      <w:r>
        <w:lastRenderedPageBreak/>
        <w:t>DES</w:t>
      </w:r>
      <w:r w:rsidR="006130D4">
        <w:t>ARROLLE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126B52" w:rsidRPr="00EB6820" w14:paraId="544E717B" w14:textId="77777777">
        <w:trPr>
          <w:jc w:val="center"/>
        </w:trPr>
        <w:tc>
          <w:tcPr>
            <w:tcW w:w="10224" w:type="dxa"/>
            <w:tcBorders>
              <w:top w:val="single" w:sz="5" w:space="0" w:color="D9CEF5"/>
              <w:left w:val="single" w:sz="5" w:space="0" w:color="D9CEF5"/>
              <w:bottom w:val="single" w:sz="5" w:space="0" w:color="D9CEF5"/>
              <w:right w:val="single" w:sz="5" w:space="0" w:color="D9CEF5"/>
            </w:tcBorders>
            <w:shd w:val="clear" w:color="auto" w:fill="F2EDFC"/>
          </w:tcPr>
          <w:p w14:paraId="46BF7602" w14:textId="77777777" w:rsidR="00126B52" w:rsidRPr="00EB6820" w:rsidRDefault="00AC3289" w:rsidP="000B2313">
            <w:r w:rsidRPr="00EB6820">
              <w:t>Escribí aquí…</w:t>
            </w:r>
          </w:p>
          <w:p w14:paraId="3A1EF50E" w14:textId="77777777" w:rsidR="00126B52" w:rsidRPr="00EB6820" w:rsidRDefault="00AC3289" w:rsidP="000B2313">
            <w:r w:rsidRPr="00EB6820">
              <w:t xml:space="preserve"> </w:t>
            </w:r>
          </w:p>
          <w:p w14:paraId="50ABFB1E" w14:textId="77777777" w:rsidR="00126B52" w:rsidRPr="00EB6820" w:rsidRDefault="00AC3289" w:rsidP="000B2313">
            <w:r w:rsidRPr="00EB6820">
              <w:t xml:space="preserve"> </w:t>
            </w:r>
          </w:p>
          <w:p w14:paraId="70CD905A" w14:textId="77777777" w:rsidR="00126B52" w:rsidRPr="00EB6820" w:rsidRDefault="00AC3289" w:rsidP="000B2313">
            <w:r w:rsidRPr="00EB6820">
              <w:t xml:space="preserve"> </w:t>
            </w:r>
          </w:p>
          <w:p w14:paraId="1927C076" w14:textId="77777777" w:rsidR="00126B52" w:rsidRPr="00EB6820" w:rsidRDefault="00AC3289" w:rsidP="000B2313">
            <w:r w:rsidRPr="00EB6820">
              <w:t xml:space="preserve"> </w:t>
            </w:r>
          </w:p>
          <w:p w14:paraId="250F3AC6" w14:textId="77777777" w:rsidR="00126B52" w:rsidRPr="00EB6820" w:rsidRDefault="00AC3289" w:rsidP="000B2313">
            <w:r w:rsidRPr="00EB6820">
              <w:t xml:space="preserve"> </w:t>
            </w:r>
          </w:p>
        </w:tc>
      </w:tr>
    </w:tbl>
    <w:p w14:paraId="415300B3" w14:textId="01DB5FAC" w:rsidR="00126B52" w:rsidRPr="00EB6820" w:rsidRDefault="00126B52"/>
    <w:p w14:paraId="284EACA5" w14:textId="77777777" w:rsidR="00126B52" w:rsidRPr="00EB6820" w:rsidRDefault="00AC3289" w:rsidP="000B2313">
      <w:pPr>
        <w:pStyle w:val="Ttulo1"/>
      </w:pPr>
      <w:r w:rsidRPr="00EB6820">
        <w:rPr>
          <w:noProof/>
        </w:rPr>
        <w:drawing>
          <wp:inline distT="0" distB="0" distL="0" distR="0" wp14:anchorId="5DCC4ED7" wp14:editId="01F97523">
            <wp:extent cx="438912" cy="438912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8912" cy="438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B6820">
        <w:t xml:space="preserve">   10.  EVALUACIÓN Y CIERRE</w:t>
      </w:r>
    </w:p>
    <w:p w14:paraId="6D41F2B5" w14:textId="77777777" w:rsidR="00126B52" w:rsidRPr="00EB6820" w:rsidRDefault="00AC3289" w:rsidP="000B2313">
      <w:r w:rsidRPr="00EB6820">
        <w:t>Definí cómo se relevarán los resultados y cómo se realizará el cierre de la propuesta.</w:t>
      </w:r>
    </w:p>
    <w:p w14:paraId="1608EF82" w14:textId="42ADFD82" w:rsidR="00126B52" w:rsidRPr="00EB6820" w:rsidRDefault="00AC3289" w:rsidP="000B2313">
      <w:pPr>
        <w:pStyle w:val="Ttulo2"/>
      </w:pPr>
      <w:r w:rsidRPr="00EB6820">
        <w:t xml:space="preserve">PARA TENER EN CUENTA  </w:t>
      </w:r>
    </w:p>
    <w:p w14:paraId="6FD91B53" w14:textId="77777777" w:rsidR="00126B52" w:rsidRPr="00EB6820" w:rsidRDefault="00AC3289" w:rsidP="000B2313">
      <w:r w:rsidRPr="00EB6820">
        <w:t>• Encuestas o formularios.</w:t>
      </w:r>
    </w:p>
    <w:p w14:paraId="76FA3BD4" w14:textId="77777777" w:rsidR="00126B52" w:rsidRPr="00EB6820" w:rsidRDefault="00AC3289" w:rsidP="000B2313">
      <w:r w:rsidRPr="00EB6820">
        <w:t>• Registro de participación.</w:t>
      </w:r>
    </w:p>
    <w:p w14:paraId="78D63DCE" w14:textId="77777777" w:rsidR="00126B52" w:rsidRPr="00EB6820" w:rsidRDefault="00AC3289" w:rsidP="000B2313">
      <w:r w:rsidRPr="00EB6820">
        <w:t>• Indicadores de resultado.</w:t>
      </w:r>
    </w:p>
    <w:p w14:paraId="4E0E0989" w14:textId="77777777" w:rsidR="00126B52" w:rsidRPr="00EB6820" w:rsidRDefault="00AC3289" w:rsidP="000B2313">
      <w:r w:rsidRPr="00EB6820">
        <w:t>• Devoluciones de participantes.</w:t>
      </w:r>
    </w:p>
    <w:p w14:paraId="0B90B6CC" w14:textId="77777777" w:rsidR="00126B52" w:rsidRPr="00EB6820" w:rsidRDefault="00AC3289" w:rsidP="000B2313">
      <w:r w:rsidRPr="00EB6820">
        <w:t>• Cierre y sistematización de aprendizajes.</w:t>
      </w:r>
    </w:p>
    <w:p w14:paraId="49C16469" w14:textId="08915915" w:rsidR="00126B52" w:rsidRPr="00EB6820" w:rsidRDefault="00126B52" w:rsidP="000B2313">
      <w:pPr>
        <w:pStyle w:val="Ttulo2"/>
      </w:pPr>
    </w:p>
    <w:p w14:paraId="1B35E1BE" w14:textId="11A73CE8" w:rsidR="00126B52" w:rsidRPr="00EB6820" w:rsidRDefault="00F174E1" w:rsidP="00EB6820">
      <w:pPr>
        <w:pStyle w:val="Ttulo2"/>
      </w:pPr>
      <w:r>
        <w:t>DESA</w:t>
      </w:r>
      <w:r w:rsidR="00117BEC">
        <w:t>RROLLE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5"/>
      </w:tblGrid>
      <w:tr w:rsidR="00126B52" w:rsidRPr="00EB6820" w14:paraId="5875ACE7" w14:textId="77777777" w:rsidTr="00424134">
        <w:trPr>
          <w:trHeight w:val="4044"/>
          <w:jc w:val="center"/>
        </w:trPr>
        <w:tc>
          <w:tcPr>
            <w:tcW w:w="10205" w:type="dxa"/>
            <w:tcBorders>
              <w:top w:val="single" w:sz="5" w:space="0" w:color="D9CEF5"/>
              <w:left w:val="single" w:sz="5" w:space="0" w:color="D9CEF5"/>
              <w:bottom w:val="single" w:sz="5" w:space="0" w:color="D9CEF5"/>
              <w:right w:val="single" w:sz="5" w:space="0" w:color="D9CEF5"/>
            </w:tcBorders>
            <w:shd w:val="clear" w:color="auto" w:fill="F2EDFC"/>
          </w:tcPr>
          <w:p w14:paraId="7D220871" w14:textId="77777777" w:rsidR="00126B52" w:rsidRPr="00EB6820" w:rsidRDefault="00AC3289" w:rsidP="000B2313">
            <w:r w:rsidRPr="00EB6820">
              <w:t>Escribí aquí…</w:t>
            </w:r>
          </w:p>
          <w:p w14:paraId="1DAACFC3" w14:textId="77777777" w:rsidR="00126B52" w:rsidRPr="00EB6820" w:rsidRDefault="00AC3289" w:rsidP="000B2313">
            <w:r w:rsidRPr="00EB6820">
              <w:t xml:space="preserve"> </w:t>
            </w:r>
          </w:p>
          <w:p w14:paraId="3CF1374B" w14:textId="77777777" w:rsidR="00126B52" w:rsidRPr="00EB6820" w:rsidRDefault="00AC3289" w:rsidP="000B2313">
            <w:r w:rsidRPr="00EB6820">
              <w:t xml:space="preserve"> </w:t>
            </w:r>
          </w:p>
          <w:p w14:paraId="0CE30EB7" w14:textId="77777777" w:rsidR="00126B52" w:rsidRPr="00EB6820" w:rsidRDefault="00AC3289" w:rsidP="000B2313">
            <w:r w:rsidRPr="00EB6820">
              <w:t xml:space="preserve"> </w:t>
            </w:r>
          </w:p>
          <w:p w14:paraId="7DB84D7B" w14:textId="77777777" w:rsidR="00126B52" w:rsidRPr="00EB6820" w:rsidRDefault="00AC3289" w:rsidP="000B2313">
            <w:r w:rsidRPr="00EB6820">
              <w:t xml:space="preserve"> </w:t>
            </w:r>
          </w:p>
          <w:p w14:paraId="22816112" w14:textId="77777777" w:rsidR="00126B52" w:rsidRPr="00EB6820" w:rsidRDefault="00AC3289" w:rsidP="000B2313">
            <w:r w:rsidRPr="00EB6820">
              <w:t xml:space="preserve"> </w:t>
            </w:r>
          </w:p>
        </w:tc>
      </w:tr>
    </w:tbl>
    <w:p w14:paraId="7C6B5CCE" w14:textId="60C7783C" w:rsidR="00126B52" w:rsidRPr="00EB6820" w:rsidRDefault="00126B52"/>
    <w:p w14:paraId="3DD44771" w14:textId="77777777" w:rsidR="00126B52" w:rsidRPr="00EB6820" w:rsidRDefault="00AC3289" w:rsidP="000B2313">
      <w:pPr>
        <w:pStyle w:val="Ttulo1"/>
      </w:pPr>
      <w:r w:rsidRPr="00EB6820">
        <w:rPr>
          <w:noProof/>
        </w:rPr>
        <w:lastRenderedPageBreak/>
        <w:drawing>
          <wp:inline distT="0" distB="0" distL="0" distR="0" wp14:anchorId="022E8E05" wp14:editId="4F0B1282">
            <wp:extent cx="438912" cy="438912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8912" cy="438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B6820">
        <w:t xml:space="preserve">   11.  PRESUPUESTO</w:t>
      </w:r>
    </w:p>
    <w:p w14:paraId="13C59697" w14:textId="23F67B11" w:rsidR="00126B52" w:rsidRPr="00EB6820" w:rsidRDefault="00EB6820" w:rsidP="000B2313">
      <w:r w:rsidRPr="00EB6820">
        <w:t>Estima</w:t>
      </w:r>
      <w:r w:rsidR="00AC3289" w:rsidRPr="00EB6820">
        <w:t xml:space="preserve"> los costos necesarios para realizar la propuesta y </w:t>
      </w:r>
      <w:r w:rsidRPr="00EB6820">
        <w:t>señala</w:t>
      </w:r>
      <w:r w:rsidR="00AC3289" w:rsidRPr="00EB6820">
        <w:t>, si corresponde, fuentes de financiamiento o ingresos.</w:t>
      </w:r>
    </w:p>
    <w:p w14:paraId="1E2EDED9" w14:textId="4B1335E6" w:rsidR="00126B52" w:rsidRPr="00EB6820" w:rsidRDefault="00AC3289" w:rsidP="000B2313">
      <w:pPr>
        <w:pStyle w:val="Ttulo2"/>
      </w:pPr>
      <w:r w:rsidRPr="00EB6820">
        <w:t xml:space="preserve">PARA TENER EN CUENTA  </w:t>
      </w:r>
    </w:p>
    <w:p w14:paraId="0727E2F5" w14:textId="77777777" w:rsidR="00126B52" w:rsidRPr="00EB6820" w:rsidRDefault="00AC3289" w:rsidP="000B2313">
      <w:r w:rsidRPr="00EB6820">
        <w:t>• Honorarios.</w:t>
      </w:r>
    </w:p>
    <w:p w14:paraId="203A865B" w14:textId="77777777" w:rsidR="00126B52" w:rsidRPr="00EB6820" w:rsidRDefault="00AC3289" w:rsidP="000B2313">
      <w:r w:rsidRPr="00EB6820">
        <w:t>• Espacio y equipamiento.</w:t>
      </w:r>
    </w:p>
    <w:p w14:paraId="00411120" w14:textId="77777777" w:rsidR="00126B52" w:rsidRPr="00EB6820" w:rsidRDefault="00AC3289" w:rsidP="000B2313">
      <w:r w:rsidRPr="00EB6820">
        <w:t>• Materiales y producción.</w:t>
      </w:r>
    </w:p>
    <w:p w14:paraId="5B3AB7B7" w14:textId="77777777" w:rsidR="00126B52" w:rsidRPr="00EB6820" w:rsidRDefault="00AC3289" w:rsidP="000B2313">
      <w:r w:rsidRPr="00EB6820">
        <w:t>• Comunicación y difusión.</w:t>
      </w:r>
    </w:p>
    <w:p w14:paraId="76A6BF12" w14:textId="77777777" w:rsidR="00126B52" w:rsidRPr="00EB6820" w:rsidRDefault="00AC3289" w:rsidP="000B2313">
      <w:r w:rsidRPr="00EB6820">
        <w:t>• Otros gastos.</w:t>
      </w:r>
    </w:p>
    <w:p w14:paraId="07915EB6" w14:textId="68F18DFD" w:rsidR="00126B52" w:rsidRPr="00EB6820" w:rsidRDefault="00AC3289" w:rsidP="00BA630E">
      <w:r w:rsidRPr="00EB6820">
        <w:t>• Ingresos, inscripciones, auspicios o financiamiento previsto.</w:t>
      </w:r>
    </w:p>
    <w:p w14:paraId="6EEB1733" w14:textId="3018B70D" w:rsidR="00126B52" w:rsidRPr="00EB6820" w:rsidRDefault="0045377A" w:rsidP="00EB6820">
      <w:pPr>
        <w:pStyle w:val="Ttulo2"/>
      </w:pPr>
      <w:r>
        <w:t>DESARROLLE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126B52" w:rsidRPr="00EB6820" w14:paraId="4F1E057D" w14:textId="77777777">
        <w:trPr>
          <w:jc w:val="center"/>
        </w:trPr>
        <w:tc>
          <w:tcPr>
            <w:tcW w:w="10224" w:type="dxa"/>
            <w:tcBorders>
              <w:top w:val="single" w:sz="5" w:space="0" w:color="D9CEF5"/>
              <w:left w:val="single" w:sz="5" w:space="0" w:color="D9CEF5"/>
              <w:bottom w:val="single" w:sz="5" w:space="0" w:color="D9CEF5"/>
              <w:right w:val="single" w:sz="5" w:space="0" w:color="D9CEF5"/>
            </w:tcBorders>
            <w:shd w:val="clear" w:color="auto" w:fill="F2EDFC"/>
          </w:tcPr>
          <w:p w14:paraId="4BE5EA60" w14:textId="77777777" w:rsidR="00126B52" w:rsidRPr="00EB6820" w:rsidRDefault="00AC3289" w:rsidP="000B2313">
            <w:r w:rsidRPr="00EB6820">
              <w:t>Escribí aquí…</w:t>
            </w:r>
          </w:p>
          <w:p w14:paraId="4E5D3F76" w14:textId="77777777" w:rsidR="00126B52" w:rsidRPr="00EB6820" w:rsidRDefault="00AC3289" w:rsidP="000B2313">
            <w:r w:rsidRPr="00EB6820">
              <w:t xml:space="preserve"> </w:t>
            </w:r>
          </w:p>
          <w:p w14:paraId="6A5882DB" w14:textId="77777777" w:rsidR="00126B52" w:rsidRPr="00EB6820" w:rsidRDefault="00AC3289" w:rsidP="000B2313">
            <w:r w:rsidRPr="00EB6820">
              <w:t xml:space="preserve"> </w:t>
            </w:r>
          </w:p>
          <w:p w14:paraId="60A10876" w14:textId="77777777" w:rsidR="00126B52" w:rsidRPr="00EB6820" w:rsidRDefault="00AC3289" w:rsidP="000B2313">
            <w:r w:rsidRPr="00EB6820">
              <w:t xml:space="preserve"> </w:t>
            </w:r>
          </w:p>
          <w:p w14:paraId="1CCE8F34" w14:textId="77777777" w:rsidR="00126B52" w:rsidRPr="00EB6820" w:rsidRDefault="00AC3289" w:rsidP="000B2313">
            <w:r w:rsidRPr="00EB6820">
              <w:t xml:space="preserve"> </w:t>
            </w:r>
          </w:p>
          <w:p w14:paraId="3B588CCA" w14:textId="77777777" w:rsidR="00126B52" w:rsidRPr="00EB6820" w:rsidRDefault="00AC3289" w:rsidP="000B2313">
            <w:r w:rsidRPr="00EB6820">
              <w:t xml:space="preserve"> </w:t>
            </w:r>
          </w:p>
        </w:tc>
      </w:tr>
    </w:tbl>
    <w:p w14:paraId="60AE5E44" w14:textId="53E146C7" w:rsidR="00126B52" w:rsidRPr="00EB6820" w:rsidRDefault="00126B52"/>
    <w:p w14:paraId="25C9EF7E" w14:textId="05A64117" w:rsidR="00126B52" w:rsidRPr="00EB6820" w:rsidRDefault="00AC3289" w:rsidP="003C4EFC">
      <w:pPr>
        <w:pStyle w:val="Ttulo1"/>
      </w:pPr>
      <w:r w:rsidRPr="00EB6820">
        <w:rPr>
          <w:noProof/>
        </w:rPr>
        <w:drawing>
          <wp:inline distT="0" distB="0" distL="0" distR="0" wp14:anchorId="46950361" wp14:editId="5DAF68B1">
            <wp:extent cx="438912" cy="438912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38912" cy="438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B6820">
        <w:t xml:space="preserve">   12.  P</w:t>
      </w:r>
      <w:r w:rsidR="00F965A4">
        <w:t>UNTO A</w:t>
      </w:r>
      <w:r w:rsidR="0043526D">
        <w:t>DICIONAL</w:t>
      </w:r>
    </w:p>
    <w:p w14:paraId="4EF568A0" w14:textId="77777777" w:rsidR="00126B52" w:rsidRPr="00EB6820" w:rsidRDefault="00AC3289" w:rsidP="003C4EFC">
      <w:r w:rsidRPr="00EB6820">
        <w:t>Este espacio queda disponible para sumar información que no esté contemplada en la estructura anterior. Podés duplicar esta página tantas veces como necesites.</w:t>
      </w:r>
    </w:p>
    <w:p w14:paraId="37BB9047" w14:textId="77777777" w:rsidR="00126B52" w:rsidRPr="00EB6820" w:rsidRDefault="00AC3289" w:rsidP="003C4EFC">
      <w:pPr>
        <w:pStyle w:val="Ttulo2"/>
      </w:pPr>
      <w:r w:rsidRPr="00EB6820">
        <w:t>N.º / TÍTULO DEL PUNTO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24"/>
      </w:tblGrid>
      <w:tr w:rsidR="00126B52" w:rsidRPr="00EB6820" w14:paraId="1E67D1AA" w14:textId="77777777">
        <w:tc>
          <w:tcPr>
            <w:tcW w:w="10224" w:type="dxa"/>
            <w:tcBorders>
              <w:top w:val="single" w:sz="5" w:space="0" w:color="D9CEF5"/>
              <w:left w:val="single" w:sz="5" w:space="0" w:color="D9CEF5"/>
              <w:bottom w:val="single" w:sz="5" w:space="0" w:color="D9CEF5"/>
              <w:right w:val="single" w:sz="5" w:space="0" w:color="D9CEF5"/>
            </w:tcBorders>
            <w:shd w:val="clear" w:color="auto" w:fill="F2EDFC"/>
          </w:tcPr>
          <w:p w14:paraId="17A7D5DE" w14:textId="77777777" w:rsidR="00126B52" w:rsidRPr="00EB6820" w:rsidRDefault="00AC3289" w:rsidP="003C4EFC">
            <w:r w:rsidRPr="00EB6820">
              <w:t>Escribí aquí…</w:t>
            </w:r>
          </w:p>
          <w:p w14:paraId="1CC45FCC" w14:textId="77777777" w:rsidR="00126B52" w:rsidRPr="00EB6820" w:rsidRDefault="00AC3289" w:rsidP="003C4EFC">
            <w:r w:rsidRPr="00EB6820">
              <w:t xml:space="preserve"> </w:t>
            </w:r>
          </w:p>
          <w:p w14:paraId="349BC6CA" w14:textId="77777777" w:rsidR="00126B52" w:rsidRPr="00EB6820" w:rsidRDefault="00AC3289" w:rsidP="003C4EFC">
            <w:r w:rsidRPr="00EB6820">
              <w:t xml:space="preserve"> </w:t>
            </w:r>
          </w:p>
          <w:p w14:paraId="668BDB45" w14:textId="5E172885" w:rsidR="00126B52" w:rsidRPr="00EB6820" w:rsidRDefault="00AC3289">
            <w:r w:rsidRPr="00EB6820">
              <w:t xml:space="preserve"> </w:t>
            </w:r>
          </w:p>
        </w:tc>
      </w:tr>
    </w:tbl>
    <w:p w14:paraId="50B60BDC" w14:textId="28FAACC5" w:rsidR="00AC3289" w:rsidRDefault="00AC3289" w:rsidP="00091D91">
      <w:pPr>
        <w:pStyle w:val="Ttulo2"/>
      </w:pPr>
    </w:p>
    <w:sectPr w:rsidR="00AC3289" w:rsidSect="00034616">
      <w:headerReference w:type="default" r:id="rId20"/>
      <w:footerReference w:type="default" r:id="rId21"/>
      <w:pgSz w:w="12240" w:h="15840"/>
      <w:pgMar w:top="936" w:right="1008" w:bottom="792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23C0AE1" w14:textId="77777777" w:rsidR="00384CF0" w:rsidRPr="00EB6820" w:rsidRDefault="00384CF0">
      <w:pPr>
        <w:spacing w:after="0" w:line="240" w:lineRule="auto"/>
      </w:pPr>
      <w:r w:rsidRPr="00EB6820">
        <w:separator/>
      </w:r>
    </w:p>
  </w:endnote>
  <w:endnote w:type="continuationSeparator" w:id="0">
    <w:p w14:paraId="0DC93592" w14:textId="77777777" w:rsidR="00384CF0" w:rsidRPr="00EB6820" w:rsidRDefault="00384CF0">
      <w:pPr>
        <w:spacing w:after="0" w:line="240" w:lineRule="auto"/>
      </w:pPr>
      <w:r w:rsidRPr="00EB682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314456" w14:textId="0AD7DB03" w:rsidR="00126B52" w:rsidRPr="00EB6820" w:rsidRDefault="001E7D00">
    <w:pPr>
      <w:pStyle w:val="Piedepgina"/>
      <w:jc w:val="right"/>
    </w:pPr>
    <w:r w:rsidRPr="00EB6820">
      <w:rPr>
        <w:b/>
        <w:bCs/>
        <w:color w:val="694477"/>
        <w:sz w:val="24"/>
        <w:szCs w:val="24"/>
      </w:rPr>
      <w:t>COMPLETAR CON EL NOMBRE DEL PROYECTO</w:t>
    </w:r>
    <w:r w:rsidRPr="00EB6820">
      <w:rPr>
        <w:color w:val="694477"/>
        <w:sz w:val="14"/>
      </w:rPr>
      <w:t xml:space="preserve"> </w:t>
    </w:r>
    <w:r w:rsidR="00AC3289" w:rsidRPr="00EB6820">
      <w:rPr>
        <w:color w:val="694477"/>
        <w:sz w:val="14"/>
      </w:rPr>
      <w:t xml:space="preserve">   </w:t>
    </w:r>
    <w:r w:rsidR="00AC3289" w:rsidRPr="00EB6820">
      <w:fldChar w:fldCharType="begin"/>
    </w:r>
    <w:r w:rsidR="00AC3289" w:rsidRPr="00EB6820">
      <w:instrText>PAGE</w:instrText>
    </w:r>
    <w:r w:rsidR="00AC3289" w:rsidRPr="00EB6820">
      <w:fldChar w:fldCharType="separate"/>
    </w:r>
    <w:r w:rsidR="00720FC0" w:rsidRPr="00EB6820">
      <w:t>1</w:t>
    </w:r>
    <w:r w:rsidR="00AC3289" w:rsidRPr="00EB6820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8B5C1D1" w14:textId="77777777" w:rsidR="00384CF0" w:rsidRPr="00EB6820" w:rsidRDefault="00384CF0">
      <w:pPr>
        <w:spacing w:after="0" w:line="240" w:lineRule="auto"/>
      </w:pPr>
      <w:r w:rsidRPr="00EB6820">
        <w:separator/>
      </w:r>
    </w:p>
  </w:footnote>
  <w:footnote w:type="continuationSeparator" w:id="0">
    <w:p w14:paraId="70A09827" w14:textId="77777777" w:rsidR="00384CF0" w:rsidRPr="00EB6820" w:rsidRDefault="00384CF0">
      <w:pPr>
        <w:spacing w:after="0" w:line="240" w:lineRule="auto"/>
      </w:pPr>
      <w:r w:rsidRPr="00EB682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7FB649" w14:textId="1E813F32" w:rsidR="001E7D00" w:rsidRPr="00EB6820" w:rsidRDefault="001E7D00" w:rsidP="001E7D00">
    <w:pPr>
      <w:tabs>
        <w:tab w:val="left" w:pos="8625"/>
      </w:tabs>
      <w:spacing w:line="264" w:lineRule="auto"/>
      <w:rPr>
        <w:color w:val="694477"/>
      </w:rPr>
    </w:pPr>
    <w:r w:rsidRPr="00EB6820">
      <w:rPr>
        <w:noProof/>
      </w:rPr>
      <w:drawing>
        <wp:anchor distT="0" distB="0" distL="114300" distR="114300" simplePos="0" relativeHeight="251660288" behindDoc="1" locked="0" layoutInCell="1" allowOverlap="1" wp14:anchorId="16AB3D37" wp14:editId="4D1C247B">
          <wp:simplePos x="0" y="0"/>
          <wp:positionH relativeFrom="column">
            <wp:posOffset>5572745</wp:posOffset>
          </wp:positionH>
          <wp:positionV relativeFrom="page">
            <wp:posOffset>328245</wp:posOffset>
          </wp:positionV>
          <wp:extent cx="1189762" cy="523875"/>
          <wp:effectExtent l="0" t="0" r="0" b="0"/>
          <wp:wrapNone/>
          <wp:docPr id="100928776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520" cy="532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B6820"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E80F4F2" wp14:editId="4B5B493D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ángulo 2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rgbClr val="694477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0646F1D9" id="Rectángulo 233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" filled="f" strokecolor="#694477" strokeweight="1.25pt">
              <w10:wrap anchorx="page" anchory="page"/>
            </v:rect>
          </w:pict>
        </mc:Fallback>
      </mc:AlternateContent>
    </w:r>
    <w:sdt>
      <w:sdtPr>
        <w:rPr>
          <w:color w:val="694477"/>
          <w:szCs w:val="20"/>
        </w:rPr>
        <w:alias w:val="Título"/>
        <w:id w:val="15524250"/>
        <w:placeholder>
          <w:docPart w:val="9FBB0293013C49F08B6A95C58859ED7B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Pr="00EB6820">
          <w:rPr>
            <w:color w:val="694477"/>
            <w:szCs w:val="20"/>
          </w:rPr>
          <w:t>COLEGIO DE ARQUITECTOS DE LA PROVINCIA DE CÓRDOBA</w:t>
        </w:r>
      </w:sdtContent>
    </w:sdt>
    <w:r w:rsidRPr="00EB6820">
      <w:rPr>
        <w:color w:val="694477"/>
        <w:szCs w:val="20"/>
      </w:rPr>
      <w:tab/>
    </w:r>
  </w:p>
  <w:p w14:paraId="7518E435" w14:textId="6EA524BF" w:rsidR="00126B52" w:rsidRPr="00EB6820" w:rsidRDefault="00126B52">
    <w:pPr>
      <w:pStyle w:val="Encabezado"/>
      <w:rPr>
        <w:rFonts w:asciiTheme="majorHAnsi" w:hAnsiTheme="majorHAnsi"/>
        <w:color w:val="808080" w:themeColor="background1" w:themeShade="8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93099551">
    <w:abstractNumId w:val="8"/>
  </w:num>
  <w:num w:numId="2" w16cid:durableId="1472480770">
    <w:abstractNumId w:val="6"/>
  </w:num>
  <w:num w:numId="3" w16cid:durableId="1201897368">
    <w:abstractNumId w:val="5"/>
  </w:num>
  <w:num w:numId="4" w16cid:durableId="1227452253">
    <w:abstractNumId w:val="4"/>
  </w:num>
  <w:num w:numId="5" w16cid:durableId="588268267">
    <w:abstractNumId w:val="7"/>
  </w:num>
  <w:num w:numId="6" w16cid:durableId="997148367">
    <w:abstractNumId w:val="3"/>
  </w:num>
  <w:num w:numId="7" w16cid:durableId="1456144565">
    <w:abstractNumId w:val="2"/>
  </w:num>
  <w:num w:numId="8" w16cid:durableId="2091535993">
    <w:abstractNumId w:val="1"/>
  </w:num>
  <w:num w:numId="9" w16cid:durableId="10651430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8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4AD8"/>
    <w:rsid w:val="00023603"/>
    <w:rsid w:val="00034616"/>
    <w:rsid w:val="0003478D"/>
    <w:rsid w:val="00047FE4"/>
    <w:rsid w:val="0006063C"/>
    <w:rsid w:val="00067373"/>
    <w:rsid w:val="00091D91"/>
    <w:rsid w:val="000A414E"/>
    <w:rsid w:val="000B2313"/>
    <w:rsid w:val="000C07A1"/>
    <w:rsid w:val="000C6911"/>
    <w:rsid w:val="000C7832"/>
    <w:rsid w:val="000E1632"/>
    <w:rsid w:val="000E2058"/>
    <w:rsid w:val="000E667F"/>
    <w:rsid w:val="000F1FEC"/>
    <w:rsid w:val="000F37F3"/>
    <w:rsid w:val="0010033A"/>
    <w:rsid w:val="0010128B"/>
    <w:rsid w:val="00117BEC"/>
    <w:rsid w:val="001255C6"/>
    <w:rsid w:val="00126B52"/>
    <w:rsid w:val="00131F12"/>
    <w:rsid w:val="001353C8"/>
    <w:rsid w:val="00144632"/>
    <w:rsid w:val="0015074B"/>
    <w:rsid w:val="00151E5C"/>
    <w:rsid w:val="001643B9"/>
    <w:rsid w:val="00174639"/>
    <w:rsid w:val="00175458"/>
    <w:rsid w:val="001B18A8"/>
    <w:rsid w:val="001B344A"/>
    <w:rsid w:val="001B3EA3"/>
    <w:rsid w:val="001C2765"/>
    <w:rsid w:val="001C7C59"/>
    <w:rsid w:val="001E320C"/>
    <w:rsid w:val="001E7D00"/>
    <w:rsid w:val="0020236C"/>
    <w:rsid w:val="00210F02"/>
    <w:rsid w:val="002213DA"/>
    <w:rsid w:val="00221E6A"/>
    <w:rsid w:val="0022747A"/>
    <w:rsid w:val="00232994"/>
    <w:rsid w:val="00247F4A"/>
    <w:rsid w:val="00252B90"/>
    <w:rsid w:val="00263F36"/>
    <w:rsid w:val="002665B8"/>
    <w:rsid w:val="00267612"/>
    <w:rsid w:val="00276F85"/>
    <w:rsid w:val="00277886"/>
    <w:rsid w:val="0029639D"/>
    <w:rsid w:val="002A22A7"/>
    <w:rsid w:val="002B3EED"/>
    <w:rsid w:val="002B7D38"/>
    <w:rsid w:val="002E109D"/>
    <w:rsid w:val="00301C40"/>
    <w:rsid w:val="00320FBA"/>
    <w:rsid w:val="00323D4F"/>
    <w:rsid w:val="00326F90"/>
    <w:rsid w:val="003322C6"/>
    <w:rsid w:val="00367F06"/>
    <w:rsid w:val="003748AB"/>
    <w:rsid w:val="003762F7"/>
    <w:rsid w:val="00384CF0"/>
    <w:rsid w:val="00386F3B"/>
    <w:rsid w:val="003A4395"/>
    <w:rsid w:val="003C0D6D"/>
    <w:rsid w:val="003C4EFC"/>
    <w:rsid w:val="003C4F39"/>
    <w:rsid w:val="003D7347"/>
    <w:rsid w:val="003E4248"/>
    <w:rsid w:val="003E5EAA"/>
    <w:rsid w:val="003F08E6"/>
    <w:rsid w:val="003F13FC"/>
    <w:rsid w:val="004060E6"/>
    <w:rsid w:val="00424134"/>
    <w:rsid w:val="0043526D"/>
    <w:rsid w:val="0045377A"/>
    <w:rsid w:val="0045411D"/>
    <w:rsid w:val="004A61C4"/>
    <w:rsid w:val="004D5204"/>
    <w:rsid w:val="004F7B3A"/>
    <w:rsid w:val="00504BF0"/>
    <w:rsid w:val="00536288"/>
    <w:rsid w:val="0054570B"/>
    <w:rsid w:val="005700D3"/>
    <w:rsid w:val="00575A0C"/>
    <w:rsid w:val="0058771A"/>
    <w:rsid w:val="005A0789"/>
    <w:rsid w:val="005C3D05"/>
    <w:rsid w:val="005C4CDE"/>
    <w:rsid w:val="005D0A84"/>
    <w:rsid w:val="005D7318"/>
    <w:rsid w:val="005E3E4B"/>
    <w:rsid w:val="00604A18"/>
    <w:rsid w:val="006121BF"/>
    <w:rsid w:val="006130D4"/>
    <w:rsid w:val="00613C51"/>
    <w:rsid w:val="006165FC"/>
    <w:rsid w:val="00630CD4"/>
    <w:rsid w:val="00656BBB"/>
    <w:rsid w:val="00656C90"/>
    <w:rsid w:val="00666ECC"/>
    <w:rsid w:val="006819DE"/>
    <w:rsid w:val="006A08B5"/>
    <w:rsid w:val="006A3015"/>
    <w:rsid w:val="006B39F4"/>
    <w:rsid w:val="006C0051"/>
    <w:rsid w:val="006D52C3"/>
    <w:rsid w:val="006E72A9"/>
    <w:rsid w:val="0070635D"/>
    <w:rsid w:val="00720FC0"/>
    <w:rsid w:val="007329EB"/>
    <w:rsid w:val="00735DC8"/>
    <w:rsid w:val="007436C5"/>
    <w:rsid w:val="00744F56"/>
    <w:rsid w:val="00745A47"/>
    <w:rsid w:val="0075139A"/>
    <w:rsid w:val="00760338"/>
    <w:rsid w:val="00767CDC"/>
    <w:rsid w:val="007B0F27"/>
    <w:rsid w:val="007C02F7"/>
    <w:rsid w:val="007F2967"/>
    <w:rsid w:val="007F3333"/>
    <w:rsid w:val="008030C0"/>
    <w:rsid w:val="008069B2"/>
    <w:rsid w:val="008222F2"/>
    <w:rsid w:val="008279BD"/>
    <w:rsid w:val="008414B7"/>
    <w:rsid w:val="00850C46"/>
    <w:rsid w:val="008610DF"/>
    <w:rsid w:val="00861198"/>
    <w:rsid w:val="00867D9A"/>
    <w:rsid w:val="0087094B"/>
    <w:rsid w:val="00876689"/>
    <w:rsid w:val="008B5013"/>
    <w:rsid w:val="008B57DB"/>
    <w:rsid w:val="008C17A1"/>
    <w:rsid w:val="008C31F5"/>
    <w:rsid w:val="008C428A"/>
    <w:rsid w:val="008D583F"/>
    <w:rsid w:val="008D7E89"/>
    <w:rsid w:val="008E2F57"/>
    <w:rsid w:val="008E4402"/>
    <w:rsid w:val="008E67DF"/>
    <w:rsid w:val="00913FF6"/>
    <w:rsid w:val="00982457"/>
    <w:rsid w:val="009837A4"/>
    <w:rsid w:val="009839D2"/>
    <w:rsid w:val="00984764"/>
    <w:rsid w:val="00996DC7"/>
    <w:rsid w:val="009A4A4E"/>
    <w:rsid w:val="009B2F4F"/>
    <w:rsid w:val="009C200C"/>
    <w:rsid w:val="009C766B"/>
    <w:rsid w:val="009E1942"/>
    <w:rsid w:val="00A001A5"/>
    <w:rsid w:val="00A03C65"/>
    <w:rsid w:val="00A179D1"/>
    <w:rsid w:val="00A222BB"/>
    <w:rsid w:val="00A31696"/>
    <w:rsid w:val="00A32728"/>
    <w:rsid w:val="00A438F3"/>
    <w:rsid w:val="00A53B3F"/>
    <w:rsid w:val="00A53D53"/>
    <w:rsid w:val="00A553BE"/>
    <w:rsid w:val="00A56C5B"/>
    <w:rsid w:val="00A9021A"/>
    <w:rsid w:val="00AA1D8D"/>
    <w:rsid w:val="00AA364B"/>
    <w:rsid w:val="00AA74BD"/>
    <w:rsid w:val="00AB7534"/>
    <w:rsid w:val="00AC029F"/>
    <w:rsid w:val="00AC3289"/>
    <w:rsid w:val="00AE766B"/>
    <w:rsid w:val="00B01B0A"/>
    <w:rsid w:val="00B04D3E"/>
    <w:rsid w:val="00B13550"/>
    <w:rsid w:val="00B147C4"/>
    <w:rsid w:val="00B214C0"/>
    <w:rsid w:val="00B34246"/>
    <w:rsid w:val="00B4425B"/>
    <w:rsid w:val="00B47730"/>
    <w:rsid w:val="00BA4659"/>
    <w:rsid w:val="00BA630E"/>
    <w:rsid w:val="00BC266B"/>
    <w:rsid w:val="00BF4B72"/>
    <w:rsid w:val="00C422DB"/>
    <w:rsid w:val="00C465E4"/>
    <w:rsid w:val="00C46D94"/>
    <w:rsid w:val="00C60318"/>
    <w:rsid w:val="00C85515"/>
    <w:rsid w:val="00CB0552"/>
    <w:rsid w:val="00CB0664"/>
    <w:rsid w:val="00CE6603"/>
    <w:rsid w:val="00CF7E9E"/>
    <w:rsid w:val="00D002FB"/>
    <w:rsid w:val="00D00606"/>
    <w:rsid w:val="00D04DD1"/>
    <w:rsid w:val="00D06568"/>
    <w:rsid w:val="00D30C30"/>
    <w:rsid w:val="00D367A7"/>
    <w:rsid w:val="00D92092"/>
    <w:rsid w:val="00DA1EF9"/>
    <w:rsid w:val="00DA6B9B"/>
    <w:rsid w:val="00DB1AE0"/>
    <w:rsid w:val="00DB453D"/>
    <w:rsid w:val="00DB6DD7"/>
    <w:rsid w:val="00DC15A3"/>
    <w:rsid w:val="00DC4828"/>
    <w:rsid w:val="00DE5509"/>
    <w:rsid w:val="00DF000B"/>
    <w:rsid w:val="00E05CCC"/>
    <w:rsid w:val="00E62EBE"/>
    <w:rsid w:val="00E62EF6"/>
    <w:rsid w:val="00E75C4E"/>
    <w:rsid w:val="00E77E11"/>
    <w:rsid w:val="00E851FB"/>
    <w:rsid w:val="00E93A35"/>
    <w:rsid w:val="00E963C8"/>
    <w:rsid w:val="00EA7066"/>
    <w:rsid w:val="00EB2B5C"/>
    <w:rsid w:val="00EB6820"/>
    <w:rsid w:val="00ED07E6"/>
    <w:rsid w:val="00ED0E34"/>
    <w:rsid w:val="00EE6F40"/>
    <w:rsid w:val="00F174E1"/>
    <w:rsid w:val="00F307E9"/>
    <w:rsid w:val="00F74E92"/>
    <w:rsid w:val="00F82105"/>
    <w:rsid w:val="00F965A4"/>
    <w:rsid w:val="00FB5D02"/>
    <w:rsid w:val="00FB670F"/>
    <w:rsid w:val="00FB7001"/>
    <w:rsid w:val="00FC408B"/>
    <w:rsid w:val="00FC693F"/>
    <w:rsid w:val="00FD1011"/>
    <w:rsid w:val="00FD4007"/>
    <w:rsid w:val="00FD6496"/>
    <w:rsid w:val="00FE4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CB26E04"/>
  <w14:defaultImageDpi w14:val="330"/>
  <w15:docId w15:val="{E003924D-2175-B648-80AC-220CA330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7D00"/>
    <w:rPr>
      <w:rFonts w:ascii="Arial Narrow" w:hAnsi="Arial Narrow"/>
      <w:color w:val="24202D"/>
      <w:sz w:val="20"/>
      <w:lang w:val="es-AR"/>
    </w:rPr>
  </w:style>
  <w:style w:type="paragraph" w:styleId="Ttulo1">
    <w:name w:val="heading 1"/>
    <w:basedOn w:val="Normal"/>
    <w:next w:val="Normal"/>
    <w:link w:val="Ttulo1Car"/>
    <w:uiPriority w:val="9"/>
    <w:qFormat/>
    <w:rsid w:val="001E7D0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694477"/>
      <w:sz w:val="40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E7D0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694477"/>
      <w:sz w:val="28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1E7D0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694477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1E7D0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694477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1E7D00"/>
    <w:pPr>
      <w:spacing w:after="0" w:line="240" w:lineRule="auto"/>
    </w:pPr>
    <w:rPr>
      <w:rFonts w:ascii="Arial Narrow" w:hAnsi="Arial Narrow"/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1E7D00"/>
    <w:rPr>
      <w:rFonts w:asciiTheme="majorHAnsi" w:eastAsiaTheme="majorEastAsia" w:hAnsiTheme="majorHAnsi" w:cstheme="majorBidi"/>
      <w:b/>
      <w:bCs/>
      <w:color w:val="694477"/>
      <w:sz w:val="40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1E7D00"/>
    <w:rPr>
      <w:rFonts w:asciiTheme="majorHAnsi" w:eastAsiaTheme="majorEastAsia" w:hAnsiTheme="majorHAnsi" w:cstheme="majorBidi"/>
      <w:b/>
      <w:bCs/>
      <w:color w:val="694477"/>
      <w:sz w:val="28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1E7D00"/>
    <w:rPr>
      <w:rFonts w:asciiTheme="majorHAnsi" w:eastAsiaTheme="majorEastAsia" w:hAnsiTheme="majorHAnsi" w:cstheme="majorBidi"/>
      <w:b/>
      <w:bCs/>
      <w:color w:val="694477"/>
      <w:sz w:val="20"/>
    </w:rPr>
  </w:style>
  <w:style w:type="paragraph" w:styleId="Ttulo">
    <w:name w:val="Title"/>
    <w:basedOn w:val="Normal"/>
    <w:next w:val="Normal"/>
    <w:link w:val="TtuloCar"/>
    <w:uiPriority w:val="10"/>
    <w:qFormat/>
    <w:rsid w:val="001E7D0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694477"/>
      <w:spacing w:val="5"/>
      <w:kern w:val="28"/>
      <w:sz w:val="7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1E7D00"/>
    <w:rPr>
      <w:rFonts w:asciiTheme="majorHAnsi" w:eastAsiaTheme="majorEastAsia" w:hAnsiTheme="majorHAnsi" w:cstheme="majorBidi"/>
      <w:b/>
      <w:color w:val="694477"/>
      <w:spacing w:val="5"/>
      <w:kern w:val="28"/>
      <w:sz w:val="7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rsid w:val="001E7D00"/>
    <w:rPr>
      <w:rFonts w:asciiTheme="majorHAnsi" w:eastAsiaTheme="majorEastAsia" w:hAnsiTheme="majorHAnsi" w:cstheme="majorBidi"/>
      <w:b/>
      <w:bCs/>
      <w:i/>
      <w:iCs/>
      <w:color w:val="694477"/>
      <w:sz w:val="20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n">
    <w:name w:val="Revision"/>
    <w:hidden/>
    <w:uiPriority w:val="99"/>
    <w:semiHidden/>
    <w:rsid w:val="00504BF0"/>
    <w:pPr>
      <w:spacing w:after="0" w:line="240" w:lineRule="auto"/>
    </w:pPr>
    <w:rPr>
      <w:rFonts w:ascii="Arial Narrow" w:hAnsi="Arial Narrow"/>
      <w:color w:val="24202D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glossaryDocument" Target="glossary/document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9FBB0293013C49F08B6A95C58859ED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99BCD4-87E7-472C-BBB2-A30A02C4EC58}"/>
      </w:docPartPr>
      <w:docPartBody>
        <w:p w:rsidR="00DA048A" w:rsidRDefault="00D5145D" w:rsidP="00D5145D">
          <w:pPr>
            <w:pStyle w:val="9FBB0293013C49F08B6A95C58859ED7B"/>
          </w:pPr>
          <w:r>
            <w:rPr>
              <w:color w:val="156082" w:themeColor="accent1"/>
              <w:sz w:val="20"/>
              <w:szCs w:val="20"/>
              <w:lang w:val="es-ES"/>
            </w:rPr>
            <w:t>[Título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45D"/>
    <w:rsid w:val="00320FBA"/>
    <w:rsid w:val="005C3D05"/>
    <w:rsid w:val="00666ECC"/>
    <w:rsid w:val="008557B2"/>
    <w:rsid w:val="00860458"/>
    <w:rsid w:val="00D5145D"/>
    <w:rsid w:val="00DA0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AR" w:eastAsia="es-A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9FBB0293013C49F08B6A95C58859ED7B">
    <w:name w:val="9FBB0293013C49F08B6A95C58859ED7B"/>
    <w:rsid w:val="00D5145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761</Words>
  <Characters>4187</Characters>
  <Application>Microsoft Office Word</Application>
  <DocSecurity>0</DocSecurity>
  <Lines>34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4939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COLEGIO DE ARQUITECTOS DE LA PROVINCIA DE CÓRDOBA</dc:title>
  <dc:subject/>
  <dc:creator>python-docx</dc:creator>
  <cp:keywords/>
  <dc:description>generated by python-docx</dc:description>
  <cp:lastModifiedBy>Milagros Bettiol</cp:lastModifiedBy>
  <cp:revision>2</cp:revision>
  <dcterms:created xsi:type="dcterms:W3CDTF">2026-09-25T17:23:00Z</dcterms:created>
  <dcterms:modified xsi:type="dcterms:W3CDTF">2026-09-25T17:23:00Z</dcterms:modified>
  <cp:category/>
</cp:coreProperties>
</file>